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C93B5" w14:textId="77777777" w:rsidR="009822B6" w:rsidRPr="008825CF" w:rsidRDefault="009822B6" w:rsidP="009822B6">
      <w:pPr>
        <w:spacing w:before="100" w:beforeAutospacing="1" w:after="100" w:afterAutospacing="1"/>
        <w:ind w:left="2160" w:firstLine="720"/>
        <w:contextualSpacing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</w:rPr>
      </w:pPr>
      <w:r w:rsidRPr="008825CF">
        <w:rPr>
          <w:rFonts w:ascii="Arial" w:eastAsia="Times New Roman" w:hAnsi="Arial" w:cs="Arial"/>
          <w:b/>
          <w:bCs/>
          <w:kern w:val="36"/>
          <w:sz w:val="36"/>
          <w:szCs w:val="36"/>
        </w:rPr>
        <w:t>Application Form</w:t>
      </w:r>
    </w:p>
    <w:p w14:paraId="577B66D0" w14:textId="77777777" w:rsidR="009822B6" w:rsidRPr="00533A4A" w:rsidRDefault="009822B6" w:rsidP="009822B6">
      <w:pPr>
        <w:ind w:left="720" w:firstLine="720"/>
        <w:contextualSpacing/>
        <w:jc w:val="both"/>
        <w:rPr>
          <w:rFonts w:ascii="Arial" w:hAnsi="Arial" w:cs="Arial"/>
          <w:b/>
          <w:bCs/>
          <w:sz w:val="28"/>
          <w:szCs w:val="28"/>
        </w:rPr>
      </w:pPr>
      <w:r w:rsidRPr="00533A4A">
        <w:rPr>
          <w:rFonts w:ascii="Arial" w:hAnsi="Arial" w:cs="Arial"/>
          <w:b/>
          <w:bCs/>
          <w:sz w:val="28"/>
          <w:szCs w:val="28"/>
        </w:rPr>
        <w:t xml:space="preserve"> Media Development for Democracy Resilience</w:t>
      </w:r>
    </w:p>
    <w:p w14:paraId="34240E28" w14:textId="4184A919" w:rsidR="009822B6" w:rsidRPr="002B7D0B" w:rsidRDefault="009822B6" w:rsidP="009822B6">
      <w:pPr>
        <w:ind w:left="1440" w:firstLine="720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9822B6">
        <w:rPr>
          <w:rFonts w:ascii="Arial" w:hAnsi="Arial" w:cs="Arial"/>
          <w:b/>
          <w:bCs/>
          <w:sz w:val="24"/>
          <w:szCs w:val="24"/>
          <w:highlight w:val="cyan"/>
        </w:rPr>
        <w:t xml:space="preserve">LOT </w:t>
      </w:r>
      <w:r w:rsidR="00F602D2">
        <w:rPr>
          <w:rFonts w:ascii="Arial" w:hAnsi="Arial" w:cs="Arial"/>
          <w:b/>
          <w:bCs/>
          <w:sz w:val="24"/>
          <w:szCs w:val="24"/>
          <w:highlight w:val="cyan"/>
        </w:rPr>
        <w:t>1</w:t>
      </w:r>
      <w:r w:rsidRPr="009822B6">
        <w:rPr>
          <w:rFonts w:ascii="Arial" w:hAnsi="Arial" w:cs="Arial"/>
          <w:b/>
          <w:bCs/>
          <w:sz w:val="24"/>
          <w:szCs w:val="24"/>
          <w:highlight w:val="cyan"/>
        </w:rPr>
        <w:t>: Media Business Development</w:t>
      </w:r>
    </w:p>
    <w:p w14:paraId="4B97C84C" w14:textId="099CE099" w:rsidR="00FB66D4" w:rsidRPr="007074E4" w:rsidRDefault="00E213A6">
      <w:pPr>
        <w:pStyle w:val="Heading2"/>
        <w:rPr>
          <w:rFonts w:asciiTheme="minorHAnsi" w:hAnsiTheme="minorHAnsi"/>
          <w:color w:val="17365D" w:themeColor="text2" w:themeShade="BF"/>
          <w:sz w:val="28"/>
          <w:szCs w:val="28"/>
        </w:rPr>
      </w:pPr>
      <w:r w:rsidRPr="007074E4">
        <w:rPr>
          <w:rFonts w:asciiTheme="minorHAnsi" w:hAnsiTheme="minorHAnsi"/>
          <w:color w:val="17365D" w:themeColor="text2" w:themeShade="BF"/>
          <w:sz w:val="28"/>
          <w:szCs w:val="28"/>
        </w:rPr>
        <w:t xml:space="preserve">SECTION </w:t>
      </w:r>
      <w:r w:rsidR="0040489D">
        <w:rPr>
          <w:rFonts w:asciiTheme="minorHAnsi" w:hAnsiTheme="minorHAnsi"/>
          <w:color w:val="17365D" w:themeColor="text2" w:themeShade="BF"/>
          <w:sz w:val="28"/>
          <w:szCs w:val="28"/>
        </w:rPr>
        <w:t>1</w:t>
      </w:r>
      <w:r w:rsidRPr="007074E4">
        <w:rPr>
          <w:rFonts w:asciiTheme="minorHAnsi" w:hAnsiTheme="minorHAnsi"/>
          <w:color w:val="17365D" w:themeColor="text2" w:themeShade="BF"/>
          <w:sz w:val="28"/>
          <w:szCs w:val="28"/>
        </w:rPr>
        <w:t>: General Information</w:t>
      </w:r>
    </w:p>
    <w:p w14:paraId="2D5B181D" w14:textId="77777777" w:rsidR="00FB66D4" w:rsidRPr="00083C4E" w:rsidRDefault="00E213A6">
      <w:pPr>
        <w:pStyle w:val="IntenseQuote"/>
        <w:rPr>
          <w:color w:val="365F91" w:themeColor="accent1" w:themeShade="BF"/>
        </w:rPr>
      </w:pPr>
      <w:r w:rsidRPr="00083C4E">
        <w:rPr>
          <w:bCs w:val="0"/>
          <w:color w:val="365F91" w:themeColor="accent1" w:themeShade="BF"/>
        </w:rPr>
        <w:t>Purpose</w:t>
      </w:r>
      <w:r w:rsidRPr="00083C4E">
        <w:rPr>
          <w:b w:val="0"/>
          <w:color w:val="365F91" w:themeColor="accent1" w:themeShade="BF"/>
        </w:rPr>
        <w:t xml:space="preserve">: Share basic information about your </w:t>
      </w:r>
      <w:proofErr w:type="spellStart"/>
      <w:r w:rsidRPr="00083C4E">
        <w:rPr>
          <w:b w:val="0"/>
          <w:color w:val="365F91" w:themeColor="accent1" w:themeShade="BF"/>
        </w:rPr>
        <w:t>organisation</w:t>
      </w:r>
      <w:proofErr w:type="spellEnd"/>
      <w:r w:rsidRPr="00083C4E">
        <w:rPr>
          <w:b w:val="0"/>
          <w:color w:val="365F91" w:themeColor="accent1" w:themeShade="BF"/>
        </w:rPr>
        <w:t>, its legal status, and contacts</w:t>
      </w:r>
      <w:r w:rsidRPr="00083C4E">
        <w:rPr>
          <w:color w:val="365F91" w:themeColor="accent1" w:themeShade="BF"/>
        </w:rPr>
        <w:t>.</w:t>
      </w:r>
    </w:p>
    <w:p w14:paraId="40C0C0EA" w14:textId="75A06CFB" w:rsidR="00FF2AC4" w:rsidRPr="00E363FF" w:rsidRDefault="00E213A6" w:rsidP="00E363FF">
      <w:pPr>
        <w:pStyle w:val="ListParagraph"/>
        <w:numPr>
          <w:ilvl w:val="1"/>
          <w:numId w:val="11"/>
        </w:numPr>
        <w:ind w:left="90"/>
        <w:rPr>
          <w:b/>
          <w:bCs/>
        </w:rPr>
      </w:pPr>
      <w:r w:rsidRPr="00E363FF">
        <w:rPr>
          <w:b/>
        </w:rPr>
        <w:t xml:space="preserve">Name of media </w:t>
      </w:r>
      <w:r w:rsidR="00AD6CB7">
        <w:rPr>
          <w:b/>
          <w:bCs/>
        </w:rPr>
        <w:t>outlet</w:t>
      </w:r>
      <w:r w:rsidR="00714A97" w:rsidRPr="00E363FF">
        <w:rPr>
          <w:b/>
          <w:bCs/>
        </w:rPr>
        <w:t>:</w:t>
      </w:r>
    </w:p>
    <w:p w14:paraId="56E51FAA" w14:textId="5358B77F" w:rsidR="00FB66D4" w:rsidRPr="00E363FF" w:rsidRDefault="00E213A6" w:rsidP="00E363FF">
      <w:pPr>
        <w:pStyle w:val="ListParagraph"/>
        <w:numPr>
          <w:ilvl w:val="1"/>
          <w:numId w:val="11"/>
        </w:numPr>
        <w:ind w:left="90"/>
        <w:rPr>
          <w:b/>
        </w:rPr>
      </w:pPr>
      <w:r w:rsidRPr="00E363FF">
        <w:rPr>
          <w:b/>
        </w:rPr>
        <w:t>Name of legal entity (if different)</w:t>
      </w:r>
      <w:r w:rsidR="00714A97" w:rsidRPr="00E363FF">
        <w:rPr>
          <w:b/>
          <w:bCs/>
        </w:rPr>
        <w:t>:</w:t>
      </w:r>
    </w:p>
    <w:p w14:paraId="2EFCA2E3" w14:textId="2D56AD4F" w:rsidR="00FB66D4" w:rsidRPr="00E363FF" w:rsidRDefault="00E213A6" w:rsidP="00E363FF">
      <w:pPr>
        <w:pStyle w:val="ListParagraph"/>
        <w:numPr>
          <w:ilvl w:val="1"/>
          <w:numId w:val="11"/>
        </w:numPr>
        <w:ind w:left="90"/>
        <w:rPr>
          <w:b/>
        </w:rPr>
      </w:pPr>
      <w:r w:rsidRPr="00E363FF">
        <w:rPr>
          <w:b/>
        </w:rPr>
        <w:t>Country and year of registration</w:t>
      </w:r>
      <w:r w:rsidR="00714A97" w:rsidRPr="00E363FF">
        <w:rPr>
          <w:b/>
          <w:bCs/>
        </w:rPr>
        <w:t>:</w:t>
      </w:r>
    </w:p>
    <w:p w14:paraId="2D01A80C" w14:textId="43C749EC" w:rsidR="00FB66D4" w:rsidRPr="00E363FF" w:rsidRDefault="00E213A6" w:rsidP="00E363FF">
      <w:pPr>
        <w:pStyle w:val="ListParagraph"/>
        <w:numPr>
          <w:ilvl w:val="1"/>
          <w:numId w:val="11"/>
        </w:numPr>
        <w:ind w:left="90"/>
        <w:rPr>
          <w:b/>
        </w:rPr>
      </w:pPr>
      <w:r w:rsidRPr="00E363FF">
        <w:rPr>
          <w:b/>
        </w:rPr>
        <w:t>Address, website</w:t>
      </w:r>
      <w:r w:rsidR="0007185E" w:rsidRPr="00E363FF">
        <w:rPr>
          <w:b/>
        </w:rPr>
        <w:t>(s)</w:t>
      </w:r>
      <w:r w:rsidRPr="00E363FF">
        <w:rPr>
          <w:b/>
        </w:rPr>
        <w:t>, email</w:t>
      </w:r>
      <w:r w:rsidR="00714A97" w:rsidRPr="00E363FF">
        <w:rPr>
          <w:b/>
          <w:bCs/>
        </w:rPr>
        <w:t>:</w:t>
      </w:r>
    </w:p>
    <w:p w14:paraId="33989613" w14:textId="7225B0F8" w:rsidR="00FB66D4" w:rsidRPr="00E363FF" w:rsidRDefault="00E213A6" w:rsidP="00E363FF">
      <w:pPr>
        <w:pStyle w:val="ListParagraph"/>
        <w:numPr>
          <w:ilvl w:val="1"/>
          <w:numId w:val="11"/>
        </w:numPr>
        <w:ind w:left="90"/>
        <w:rPr>
          <w:b/>
        </w:rPr>
      </w:pPr>
      <w:r w:rsidRPr="00E363FF">
        <w:rPr>
          <w:b/>
        </w:rPr>
        <w:t>Legal representative: name, title, email, phone</w:t>
      </w:r>
      <w:r w:rsidR="00714A97" w:rsidRPr="00E363FF">
        <w:rPr>
          <w:b/>
          <w:bCs/>
        </w:rPr>
        <w:t>:</w:t>
      </w:r>
    </w:p>
    <w:p w14:paraId="7FC215D7" w14:textId="3056EFE5" w:rsidR="00FB66D4" w:rsidRPr="00E363FF" w:rsidRDefault="00E213A6" w:rsidP="00E363FF">
      <w:pPr>
        <w:pStyle w:val="ListParagraph"/>
        <w:numPr>
          <w:ilvl w:val="1"/>
          <w:numId w:val="11"/>
        </w:numPr>
        <w:ind w:left="90"/>
        <w:rPr>
          <w:b/>
        </w:rPr>
      </w:pPr>
      <w:r w:rsidRPr="00E363FF">
        <w:rPr>
          <w:b/>
        </w:rPr>
        <w:t>Contact person</w:t>
      </w:r>
      <w:r w:rsidR="007206C2" w:rsidRPr="00E363FF">
        <w:rPr>
          <w:b/>
        </w:rPr>
        <w:t xml:space="preserve"> for the Application</w:t>
      </w:r>
      <w:r w:rsidRPr="00E363FF">
        <w:rPr>
          <w:b/>
        </w:rPr>
        <w:t>: name, title, email, phone</w:t>
      </w:r>
      <w:r w:rsidR="00714A97" w:rsidRPr="00E363FF">
        <w:rPr>
          <w:b/>
          <w:bCs/>
        </w:rPr>
        <w:t>:</w:t>
      </w:r>
    </w:p>
    <w:p w14:paraId="53CCC91F" w14:textId="6B05DB97" w:rsidR="00FB66D4" w:rsidRDefault="00E213A6" w:rsidP="00FF2AC4">
      <w:pPr>
        <w:pStyle w:val="ListParagraph"/>
        <w:numPr>
          <w:ilvl w:val="1"/>
          <w:numId w:val="11"/>
        </w:numPr>
        <w:ind w:left="90"/>
        <w:rPr>
          <w:b/>
        </w:rPr>
      </w:pPr>
      <w:r w:rsidRPr="00E363FF">
        <w:rPr>
          <w:b/>
        </w:rPr>
        <w:t>Type(s) of media: TV / Radio / Print / Web / Social / Other</w:t>
      </w:r>
      <w:r w:rsidR="00714A97" w:rsidRPr="00E363FF">
        <w:rPr>
          <w:b/>
          <w:bCs/>
        </w:rPr>
        <w:t>:</w:t>
      </w:r>
    </w:p>
    <w:p w14:paraId="6F5EB448" w14:textId="5AC62498" w:rsidR="00982CB3" w:rsidRDefault="00982CB3" w:rsidP="00FF2AC4">
      <w:pPr>
        <w:pStyle w:val="ListParagraph"/>
        <w:numPr>
          <w:ilvl w:val="1"/>
          <w:numId w:val="11"/>
        </w:numPr>
        <w:ind w:left="90"/>
        <w:rPr>
          <w:b/>
          <w:bCs/>
        </w:rPr>
      </w:pPr>
      <w:r>
        <w:rPr>
          <w:b/>
          <w:bCs/>
        </w:rPr>
        <w:t>Total revenues/turnover of the past two years:</w:t>
      </w:r>
    </w:p>
    <w:p w14:paraId="50919450" w14:textId="357E945B" w:rsidR="00982CB3" w:rsidRDefault="00982CB3" w:rsidP="00982CB3">
      <w:pPr>
        <w:pStyle w:val="ListParagraph"/>
        <w:numPr>
          <w:ilvl w:val="2"/>
          <w:numId w:val="11"/>
        </w:numPr>
        <w:rPr>
          <w:b/>
          <w:bCs/>
        </w:rPr>
      </w:pPr>
      <w:r>
        <w:rPr>
          <w:b/>
          <w:bCs/>
        </w:rPr>
        <w:t>Year 202</w:t>
      </w:r>
      <w:r w:rsidR="00786147">
        <w:rPr>
          <w:b/>
          <w:bCs/>
        </w:rPr>
        <w:t>4</w:t>
      </w:r>
    </w:p>
    <w:p w14:paraId="7F080D8E" w14:textId="431E7ABE" w:rsidR="00982CB3" w:rsidRPr="00E363FF" w:rsidRDefault="00982CB3" w:rsidP="00E363FF">
      <w:pPr>
        <w:pStyle w:val="ListParagraph"/>
        <w:numPr>
          <w:ilvl w:val="2"/>
          <w:numId w:val="11"/>
        </w:numPr>
        <w:rPr>
          <w:b/>
          <w:bCs/>
        </w:rPr>
      </w:pPr>
      <w:r>
        <w:rPr>
          <w:b/>
          <w:bCs/>
        </w:rPr>
        <w:t>Year 202</w:t>
      </w:r>
      <w:r w:rsidR="00786147">
        <w:rPr>
          <w:b/>
          <w:bCs/>
        </w:rPr>
        <w:t>5</w:t>
      </w:r>
    </w:p>
    <w:p w14:paraId="6BA97192" w14:textId="77777777" w:rsidR="008258C4" w:rsidRDefault="008258C4">
      <w:pPr>
        <w:pStyle w:val="Heading2"/>
      </w:pPr>
    </w:p>
    <w:p w14:paraId="1AF719C5" w14:textId="027E0F88" w:rsidR="00FB66D4" w:rsidRPr="00083C4E" w:rsidRDefault="00E213A6">
      <w:pPr>
        <w:pStyle w:val="Heading2"/>
        <w:rPr>
          <w:rFonts w:asciiTheme="minorHAnsi" w:hAnsiTheme="minorHAnsi"/>
          <w:color w:val="17365D" w:themeColor="text2" w:themeShade="BF"/>
          <w:sz w:val="28"/>
          <w:szCs w:val="28"/>
        </w:rPr>
      </w:pPr>
      <w:r w:rsidRPr="00083C4E">
        <w:rPr>
          <w:rFonts w:asciiTheme="minorHAnsi" w:hAnsiTheme="minorHAnsi"/>
          <w:color w:val="17365D" w:themeColor="text2" w:themeShade="BF"/>
          <w:sz w:val="28"/>
          <w:szCs w:val="28"/>
        </w:rPr>
        <w:t xml:space="preserve">SECTION </w:t>
      </w:r>
      <w:r w:rsidR="00B35F58" w:rsidRPr="00083C4E">
        <w:rPr>
          <w:rFonts w:asciiTheme="minorHAnsi" w:hAnsiTheme="minorHAnsi"/>
          <w:color w:val="17365D" w:themeColor="text2" w:themeShade="BF"/>
          <w:sz w:val="28"/>
          <w:szCs w:val="28"/>
        </w:rPr>
        <w:t>3</w:t>
      </w:r>
      <w:r w:rsidRPr="00083C4E">
        <w:rPr>
          <w:rFonts w:asciiTheme="minorHAnsi" w:hAnsiTheme="minorHAnsi"/>
          <w:color w:val="17365D" w:themeColor="text2" w:themeShade="BF"/>
          <w:sz w:val="28"/>
          <w:szCs w:val="28"/>
        </w:rPr>
        <w:t xml:space="preserve">: </w:t>
      </w:r>
      <w:proofErr w:type="spellStart"/>
      <w:r w:rsidRPr="00083C4E">
        <w:rPr>
          <w:rFonts w:asciiTheme="minorHAnsi" w:hAnsiTheme="minorHAnsi"/>
          <w:color w:val="17365D" w:themeColor="text2" w:themeShade="BF"/>
          <w:sz w:val="28"/>
          <w:szCs w:val="28"/>
        </w:rPr>
        <w:t>Organisational</w:t>
      </w:r>
      <w:proofErr w:type="spellEnd"/>
      <w:r w:rsidRPr="00083C4E">
        <w:rPr>
          <w:rFonts w:asciiTheme="minorHAnsi" w:hAnsiTheme="minorHAnsi"/>
          <w:color w:val="17365D" w:themeColor="text2" w:themeShade="BF"/>
          <w:sz w:val="28"/>
          <w:szCs w:val="28"/>
        </w:rPr>
        <w:t xml:space="preserve"> Profile &amp; Editorial Practice</w:t>
      </w:r>
    </w:p>
    <w:p w14:paraId="4D7DCCBB" w14:textId="5B0E6326" w:rsidR="00A149C5" w:rsidRPr="00083C4E" w:rsidRDefault="00E213A6">
      <w:pPr>
        <w:pStyle w:val="IntenseQuote"/>
        <w:rPr>
          <w:b w:val="0"/>
          <w:color w:val="365F91" w:themeColor="accent1" w:themeShade="BF"/>
        </w:rPr>
      </w:pPr>
      <w:r w:rsidRPr="00083C4E">
        <w:rPr>
          <w:color w:val="365F91" w:themeColor="accent1" w:themeShade="BF"/>
        </w:rPr>
        <w:t>Purpose:</w:t>
      </w:r>
      <w:r w:rsidRPr="00083C4E">
        <w:rPr>
          <w:b w:val="0"/>
          <w:bCs w:val="0"/>
          <w:i w:val="0"/>
          <w:iCs w:val="0"/>
          <w:color w:val="365F91" w:themeColor="accent1" w:themeShade="BF"/>
        </w:rPr>
        <w:t xml:space="preserve"> </w:t>
      </w:r>
      <w:r w:rsidRPr="00083C4E">
        <w:rPr>
          <w:b w:val="0"/>
          <w:color w:val="365F91" w:themeColor="accent1" w:themeShade="BF"/>
        </w:rPr>
        <w:t xml:space="preserve">This section </w:t>
      </w:r>
      <w:r w:rsidR="00366FB0" w:rsidRPr="00083C4E">
        <w:rPr>
          <w:rStyle w:val="FootnoteReference"/>
          <w:b w:val="0"/>
          <w:bCs w:val="0"/>
          <w:color w:val="365F91" w:themeColor="accent1" w:themeShade="BF"/>
        </w:rPr>
        <w:footnoteReference w:id="1"/>
      </w:r>
      <w:r w:rsidRPr="00083C4E">
        <w:rPr>
          <w:b w:val="0"/>
          <w:color w:val="365F91" w:themeColor="accent1" w:themeShade="BF"/>
        </w:rPr>
        <w:t>helps us understand your internal structure, governance, staffing model, and editorial practices.</w:t>
      </w:r>
      <w:r w:rsidR="003870B2" w:rsidRPr="00083C4E">
        <w:rPr>
          <w:b w:val="0"/>
          <w:color w:val="365F91" w:themeColor="accent1" w:themeShade="BF"/>
        </w:rPr>
        <w:t xml:space="preserve"> </w:t>
      </w:r>
    </w:p>
    <w:p w14:paraId="5D4C0746" w14:textId="5C4EA4C1" w:rsidR="00FB66D4" w:rsidRDefault="00E213A6" w:rsidP="00B34E5F">
      <w:pPr>
        <w:pStyle w:val="ListParagraph"/>
        <w:numPr>
          <w:ilvl w:val="1"/>
          <w:numId w:val="11"/>
        </w:numPr>
        <w:ind w:left="90"/>
      </w:pPr>
      <w:r w:rsidRPr="00B34E5F">
        <w:rPr>
          <w:b/>
        </w:rPr>
        <w:t xml:space="preserve">Ownership breakdown </w:t>
      </w:r>
      <w:r>
        <w:t>(names and shares)</w:t>
      </w:r>
    </w:p>
    <w:p w14:paraId="48BFE8A3" w14:textId="26F89689" w:rsidR="00FB66D4" w:rsidRPr="00B34E5F" w:rsidRDefault="00E213A6" w:rsidP="00B34E5F">
      <w:pPr>
        <w:pStyle w:val="ListParagraph"/>
        <w:numPr>
          <w:ilvl w:val="1"/>
          <w:numId w:val="11"/>
        </w:numPr>
        <w:ind w:left="90"/>
        <w:rPr>
          <w:b/>
        </w:rPr>
      </w:pPr>
      <w:proofErr w:type="spellStart"/>
      <w:r w:rsidRPr="00B34E5F">
        <w:rPr>
          <w:b/>
        </w:rPr>
        <w:t>Organisational</w:t>
      </w:r>
      <w:proofErr w:type="spellEnd"/>
      <w:r w:rsidRPr="00B34E5F">
        <w:rPr>
          <w:b/>
        </w:rPr>
        <w:t xml:space="preserve"> chart </w:t>
      </w:r>
      <w:r>
        <w:t>(</w:t>
      </w:r>
      <w:r w:rsidR="005616B4">
        <w:t>additional document</w:t>
      </w:r>
      <w:r w:rsidR="00D5030A">
        <w:t xml:space="preserve"> to be </w:t>
      </w:r>
      <w:r>
        <w:t>upload</w:t>
      </w:r>
      <w:r w:rsidR="00D5030A">
        <w:t>ed</w:t>
      </w:r>
      <w:r w:rsidRPr="00B34E5F">
        <w:rPr>
          <w:b/>
        </w:rPr>
        <w:t>)</w:t>
      </w:r>
    </w:p>
    <w:p w14:paraId="054C97C0" w14:textId="20B7B0D9" w:rsidR="00FB66D4" w:rsidRDefault="00E213A6" w:rsidP="00FF2AC4">
      <w:pPr>
        <w:pStyle w:val="ListParagraph"/>
        <w:numPr>
          <w:ilvl w:val="1"/>
          <w:numId w:val="11"/>
        </w:numPr>
        <w:ind w:left="90"/>
        <w:rPr>
          <w:b/>
        </w:rPr>
      </w:pPr>
      <w:r w:rsidRPr="00B34E5F">
        <w:rPr>
          <w:b/>
        </w:rPr>
        <w:t xml:space="preserve">Number of staff </w:t>
      </w:r>
      <w:r>
        <w:t>(</w:t>
      </w:r>
      <w:r w:rsidR="009914A7">
        <w:t xml:space="preserve">full-time </w:t>
      </w:r>
      <w:r w:rsidR="000A5082">
        <w:t>employees</w:t>
      </w:r>
      <w:r>
        <w:t xml:space="preserve">, </w:t>
      </w:r>
      <w:r w:rsidR="000A5082">
        <w:t>part-time employees</w:t>
      </w:r>
      <w:r>
        <w:t>, freelancers</w:t>
      </w:r>
      <w:r w:rsidRPr="00B34E5F">
        <w:rPr>
          <w:b/>
        </w:rPr>
        <w:t>)</w:t>
      </w:r>
    </w:p>
    <w:p w14:paraId="17583294" w14:textId="46403FB3" w:rsidR="003C1048" w:rsidRDefault="003C1048" w:rsidP="003C1048">
      <w:pPr>
        <w:pStyle w:val="ListParagraph"/>
        <w:numPr>
          <w:ilvl w:val="1"/>
          <w:numId w:val="11"/>
        </w:numPr>
        <w:ind w:left="90"/>
        <w:rPr>
          <w:b/>
          <w:bCs/>
        </w:rPr>
      </w:pPr>
      <w:r w:rsidRPr="00850105">
        <w:rPr>
          <w:b/>
          <w:bCs/>
        </w:rPr>
        <w:t>Number of active journalists</w:t>
      </w:r>
      <w:r>
        <w:rPr>
          <w:b/>
          <w:bCs/>
        </w:rPr>
        <w:t xml:space="preserve"> engaged on a daily/weekly basis</w:t>
      </w:r>
    </w:p>
    <w:p w14:paraId="7DE8302E" w14:textId="73362A15" w:rsidR="00FB66D4" w:rsidRPr="00D15528" w:rsidRDefault="00E213A6" w:rsidP="00D15528">
      <w:pPr>
        <w:pStyle w:val="ListParagraph"/>
        <w:numPr>
          <w:ilvl w:val="1"/>
          <w:numId w:val="11"/>
        </w:numPr>
        <w:ind w:left="90"/>
        <w:rPr>
          <w:b/>
        </w:rPr>
      </w:pPr>
      <w:r w:rsidRPr="00D15528">
        <w:rPr>
          <w:b/>
        </w:rPr>
        <w:t xml:space="preserve">Editorial </w:t>
      </w:r>
      <w:r w:rsidR="005727EC">
        <w:rPr>
          <w:b/>
          <w:bCs/>
        </w:rPr>
        <w:t xml:space="preserve">policies and/or </w:t>
      </w:r>
      <w:r w:rsidRPr="00D15528">
        <w:rPr>
          <w:b/>
        </w:rPr>
        <w:t xml:space="preserve">code </w:t>
      </w:r>
      <w:r w:rsidR="005727EC" w:rsidRPr="00D15528">
        <w:rPr>
          <w:b/>
          <w:bCs/>
        </w:rPr>
        <w:t>o</w:t>
      </w:r>
      <w:r w:rsidR="005727EC">
        <w:rPr>
          <w:b/>
          <w:bCs/>
        </w:rPr>
        <w:t>f</w:t>
      </w:r>
      <w:r w:rsidR="005727EC" w:rsidRPr="00D15528">
        <w:rPr>
          <w:b/>
          <w:bCs/>
        </w:rPr>
        <w:t xml:space="preserve"> </w:t>
      </w:r>
      <w:r w:rsidRPr="00D15528">
        <w:rPr>
          <w:b/>
        </w:rPr>
        <w:t xml:space="preserve">ethics </w:t>
      </w:r>
      <w:r>
        <w:t>(</w:t>
      </w:r>
      <w:r w:rsidR="00C4041B">
        <w:t xml:space="preserve">share </w:t>
      </w:r>
      <w:r>
        <w:t>or describe)</w:t>
      </w:r>
    </w:p>
    <w:p w14:paraId="4F8D4E65" w14:textId="7FF94B5B" w:rsidR="00FB66D4" w:rsidRPr="00DA29D8" w:rsidRDefault="00E213A6" w:rsidP="00D15528">
      <w:pPr>
        <w:pStyle w:val="ListParagraph"/>
        <w:numPr>
          <w:ilvl w:val="1"/>
          <w:numId w:val="11"/>
        </w:numPr>
        <w:ind w:left="90"/>
        <w:rPr>
          <w:b/>
        </w:rPr>
      </w:pPr>
      <w:r w:rsidRPr="00D15528">
        <w:rPr>
          <w:b/>
        </w:rPr>
        <w:t>Membership in press council/self-regulatory bodies</w:t>
      </w:r>
      <w:r w:rsidR="00841DCC" w:rsidRPr="00D15528">
        <w:rPr>
          <w:b/>
        </w:rPr>
        <w:t xml:space="preserve"> (</w:t>
      </w:r>
      <w:r w:rsidR="00841DCC">
        <w:t>yes or no. If yes, name the respective regulatory body)</w:t>
      </w:r>
    </w:p>
    <w:p w14:paraId="495A832D" w14:textId="77777777" w:rsidR="00FB66D4" w:rsidRDefault="00FB66D4"/>
    <w:p w14:paraId="30673D93" w14:textId="7E3B4A86" w:rsidR="00FB66D4" w:rsidRPr="00083C4E" w:rsidRDefault="00E213A6">
      <w:pPr>
        <w:pStyle w:val="Heading2"/>
        <w:rPr>
          <w:rFonts w:asciiTheme="minorHAnsi" w:hAnsiTheme="minorHAnsi"/>
          <w:color w:val="17365D" w:themeColor="text2" w:themeShade="BF"/>
          <w:sz w:val="28"/>
          <w:szCs w:val="28"/>
        </w:rPr>
      </w:pPr>
      <w:r w:rsidRPr="00083C4E">
        <w:rPr>
          <w:rFonts w:asciiTheme="minorHAnsi" w:hAnsiTheme="minorHAnsi"/>
          <w:color w:val="17365D" w:themeColor="text2" w:themeShade="BF"/>
          <w:sz w:val="28"/>
          <w:szCs w:val="28"/>
        </w:rPr>
        <w:lastRenderedPageBreak/>
        <w:t xml:space="preserve">SECTION </w:t>
      </w:r>
      <w:r w:rsidR="00B35F58" w:rsidRPr="00083C4E">
        <w:rPr>
          <w:rFonts w:asciiTheme="minorHAnsi" w:hAnsiTheme="minorHAnsi"/>
          <w:color w:val="17365D" w:themeColor="text2" w:themeShade="BF"/>
          <w:sz w:val="28"/>
          <w:szCs w:val="28"/>
        </w:rPr>
        <w:t>4</w:t>
      </w:r>
      <w:r w:rsidRPr="00083C4E">
        <w:rPr>
          <w:rFonts w:asciiTheme="minorHAnsi" w:hAnsiTheme="minorHAnsi"/>
          <w:color w:val="17365D" w:themeColor="text2" w:themeShade="BF"/>
          <w:sz w:val="28"/>
          <w:szCs w:val="28"/>
        </w:rPr>
        <w:t>: Audience, Innovation &amp; Collaboration</w:t>
      </w:r>
    </w:p>
    <w:p w14:paraId="02DACE79" w14:textId="2F742455" w:rsidR="00FB66D4" w:rsidRPr="00083C4E" w:rsidRDefault="00E213A6" w:rsidP="007A648F">
      <w:pPr>
        <w:pStyle w:val="IntenseQuote"/>
        <w:rPr>
          <w:b w:val="0"/>
          <w:bCs w:val="0"/>
          <w:color w:val="365F91" w:themeColor="accent1" w:themeShade="BF"/>
        </w:rPr>
      </w:pPr>
      <w:r w:rsidRPr="00083C4E">
        <w:rPr>
          <w:color w:val="365F91" w:themeColor="accent1" w:themeShade="BF"/>
        </w:rPr>
        <w:t xml:space="preserve">Purpose: </w:t>
      </w:r>
      <w:r w:rsidRPr="00083C4E">
        <w:rPr>
          <w:b w:val="0"/>
          <w:bCs w:val="0"/>
          <w:color w:val="365F91" w:themeColor="accent1" w:themeShade="BF"/>
        </w:rPr>
        <w:t>Demonstrate your reach, audience knowledge, innovative approaches, and potential for collaboration.</w:t>
      </w:r>
    </w:p>
    <w:p w14:paraId="1F2FABBC" w14:textId="15A2967D" w:rsidR="00FB66D4" w:rsidRPr="007A648F" w:rsidRDefault="00E213A6" w:rsidP="007A648F">
      <w:pPr>
        <w:pStyle w:val="ListParagraph"/>
        <w:numPr>
          <w:ilvl w:val="1"/>
          <w:numId w:val="11"/>
        </w:numPr>
        <w:ind w:left="90"/>
        <w:rPr>
          <w:b/>
        </w:rPr>
      </w:pPr>
      <w:r w:rsidRPr="007A648F">
        <w:rPr>
          <w:b/>
        </w:rPr>
        <w:t xml:space="preserve">Audience description </w:t>
      </w:r>
      <w:r>
        <w:t>(geography, demographics, interest</w:t>
      </w:r>
      <w:r w:rsidRPr="007A648F">
        <w:rPr>
          <w:b/>
        </w:rPr>
        <w:t>)</w:t>
      </w:r>
    </w:p>
    <w:p w14:paraId="4FBDD897" w14:textId="322E914A" w:rsidR="00FB66D4" w:rsidRDefault="00E213A6" w:rsidP="007A648F">
      <w:pPr>
        <w:pStyle w:val="ListParagraph"/>
        <w:numPr>
          <w:ilvl w:val="1"/>
          <w:numId w:val="11"/>
        </w:numPr>
        <w:ind w:left="90"/>
      </w:pPr>
      <w:r w:rsidRPr="007A648F">
        <w:rPr>
          <w:b/>
        </w:rPr>
        <w:t>Audience measurement tools</w:t>
      </w:r>
      <w:r w:rsidR="00FD2AD1" w:rsidRPr="007A648F">
        <w:rPr>
          <w:b/>
        </w:rPr>
        <w:t xml:space="preserve">: </w:t>
      </w:r>
      <w:r w:rsidR="00FD2AD1">
        <w:t>what do you use to measure, monitor and analyze audience?</w:t>
      </w:r>
    </w:p>
    <w:p w14:paraId="5227D925" w14:textId="72490310" w:rsidR="004F3CB6" w:rsidRPr="001F60CB" w:rsidRDefault="004F3CB6" w:rsidP="007A648F">
      <w:pPr>
        <w:pStyle w:val="ListParagraph"/>
        <w:numPr>
          <w:ilvl w:val="1"/>
          <w:numId w:val="11"/>
        </w:numPr>
        <w:ind w:left="90"/>
        <w:rPr>
          <w:bCs/>
        </w:rPr>
      </w:pPr>
      <w:r w:rsidRPr="001F60CB">
        <w:rPr>
          <w:b/>
        </w:rPr>
        <w:t xml:space="preserve"> TV/radio audience measurement </w:t>
      </w:r>
      <w:r>
        <w:rPr>
          <w:b/>
        </w:rPr>
        <w:t>data</w:t>
      </w:r>
      <w:r w:rsidRPr="001F60CB">
        <w:rPr>
          <w:b/>
        </w:rPr>
        <w:t xml:space="preserve"> </w:t>
      </w:r>
      <w:r>
        <w:rPr>
          <w:b/>
        </w:rPr>
        <w:t>for the past year</w:t>
      </w:r>
      <w:r w:rsidR="00A170B9">
        <w:rPr>
          <w:b/>
        </w:rPr>
        <w:t xml:space="preserve"> </w:t>
      </w:r>
      <w:r w:rsidRPr="004F3CB6">
        <w:rPr>
          <w:bCs/>
        </w:rPr>
        <w:t>(if applicable)</w:t>
      </w:r>
    </w:p>
    <w:p w14:paraId="412B05E1" w14:textId="7C6E9542" w:rsidR="00FB66D4" w:rsidRDefault="00E213A6" w:rsidP="007A648F">
      <w:pPr>
        <w:pStyle w:val="ListParagraph"/>
        <w:numPr>
          <w:ilvl w:val="1"/>
          <w:numId w:val="11"/>
        </w:numPr>
        <w:ind w:left="90"/>
      </w:pPr>
      <w:r w:rsidRPr="007A648F">
        <w:rPr>
          <w:b/>
        </w:rPr>
        <w:t>Online metrics (web users, social media insights)</w:t>
      </w:r>
      <w:r w:rsidR="00FD2AD1" w:rsidRPr="007A648F">
        <w:rPr>
          <w:b/>
        </w:rPr>
        <w:t>:</w:t>
      </w:r>
      <w:r w:rsidR="00FD2AD1">
        <w:t xml:space="preserve"> Please provide: </w:t>
      </w:r>
    </w:p>
    <w:p w14:paraId="1B78CFA8" w14:textId="14B57E91" w:rsidR="006F5C72" w:rsidRDefault="006F5C72" w:rsidP="007A648F">
      <w:pPr>
        <w:pStyle w:val="ListParagraph"/>
        <w:numPr>
          <w:ilvl w:val="2"/>
          <w:numId w:val="11"/>
        </w:numPr>
        <w:ind w:left="990" w:hanging="720"/>
      </w:pPr>
      <w:r w:rsidRPr="006F5C72">
        <w:t xml:space="preserve">Web page </w:t>
      </w:r>
      <w:r w:rsidRPr="007A648F">
        <w:t>users for on</w:t>
      </w:r>
      <w:r>
        <w:t xml:space="preserve">e year </w:t>
      </w:r>
    </w:p>
    <w:p w14:paraId="6C16453B" w14:textId="42A89814" w:rsidR="00E96DCA" w:rsidRDefault="00E96DCA" w:rsidP="007A648F">
      <w:pPr>
        <w:pStyle w:val="ListParagraph"/>
        <w:numPr>
          <w:ilvl w:val="2"/>
          <w:numId w:val="11"/>
        </w:numPr>
        <w:ind w:left="990" w:hanging="720"/>
      </w:pPr>
      <w:r>
        <w:t>Current</w:t>
      </w:r>
      <w:r w:rsidR="00680AEB">
        <w:t xml:space="preserve"> F</w:t>
      </w:r>
      <w:r w:rsidR="00AD370E">
        <w:t>acebook</w:t>
      </w:r>
      <w:r w:rsidR="00680AEB">
        <w:t xml:space="preserve"> followers</w:t>
      </w:r>
      <w:r w:rsidR="00AD370E">
        <w:t xml:space="preserve"> </w:t>
      </w:r>
      <w:r w:rsidR="0082095D">
        <w:t>and monthly views</w:t>
      </w:r>
    </w:p>
    <w:p w14:paraId="604A7A63" w14:textId="0D964EE7" w:rsidR="008156A8" w:rsidRDefault="008156A8" w:rsidP="007A648F">
      <w:pPr>
        <w:pStyle w:val="ListParagraph"/>
        <w:numPr>
          <w:ilvl w:val="2"/>
          <w:numId w:val="11"/>
        </w:numPr>
        <w:ind w:left="990" w:hanging="720"/>
      </w:pPr>
      <w:r>
        <w:t>Current Instagram Followers</w:t>
      </w:r>
      <w:r w:rsidR="00AD370E">
        <w:t xml:space="preserve"> </w:t>
      </w:r>
      <w:r w:rsidR="0082095D">
        <w:t>and monthly views</w:t>
      </w:r>
    </w:p>
    <w:p w14:paraId="697136C0" w14:textId="37BF975E" w:rsidR="008156A8" w:rsidRPr="006F5C72" w:rsidRDefault="00C474B7" w:rsidP="007A648F">
      <w:pPr>
        <w:pStyle w:val="ListParagraph"/>
        <w:numPr>
          <w:ilvl w:val="2"/>
          <w:numId w:val="11"/>
        </w:numPr>
        <w:ind w:left="990" w:hanging="720"/>
      </w:pPr>
      <w:r w:rsidRPr="00C474B7">
        <w:t>YouTube</w:t>
      </w:r>
      <w:r w:rsidR="008156A8">
        <w:t xml:space="preserve"> </w:t>
      </w:r>
      <w:r w:rsidR="001E3087">
        <w:t>monthly views</w:t>
      </w:r>
      <w:r w:rsidR="00AD370E">
        <w:t xml:space="preserve"> </w:t>
      </w:r>
    </w:p>
    <w:p w14:paraId="2A8D5E3C" w14:textId="0CED5500" w:rsidR="00FB66D4" w:rsidRDefault="00E213A6" w:rsidP="007A648F">
      <w:pPr>
        <w:pStyle w:val="ListParagraph"/>
        <w:numPr>
          <w:ilvl w:val="1"/>
          <w:numId w:val="11"/>
        </w:numPr>
        <w:ind w:left="90"/>
      </w:pPr>
      <w:r w:rsidRPr="007A648F">
        <w:rPr>
          <w:b/>
          <w:bCs/>
        </w:rPr>
        <w:t>Audience interaction methods</w:t>
      </w:r>
      <w:r w:rsidR="004A0F7B">
        <w:rPr>
          <w:b/>
          <w:bCs/>
        </w:rPr>
        <w:t xml:space="preserve"> (</w:t>
      </w:r>
      <w:r w:rsidR="004A0F7B" w:rsidRPr="007A648F">
        <w:t>please list tools/platforms for audience engagement)</w:t>
      </w:r>
    </w:p>
    <w:p w14:paraId="0C64E0F1" w14:textId="0E0FCC4D" w:rsidR="00FB66D4" w:rsidRPr="007A648F" w:rsidRDefault="00E213A6" w:rsidP="007A648F">
      <w:pPr>
        <w:pStyle w:val="ListParagraph"/>
        <w:numPr>
          <w:ilvl w:val="1"/>
          <w:numId w:val="11"/>
        </w:numPr>
        <w:ind w:left="90"/>
        <w:rPr>
          <w:b/>
        </w:rPr>
      </w:pPr>
      <w:r w:rsidRPr="007A648F">
        <w:rPr>
          <w:b/>
        </w:rPr>
        <w:t>Innovative formats/tools you use</w:t>
      </w:r>
      <w:r w:rsidR="00910C69">
        <w:rPr>
          <w:b/>
          <w:bCs/>
        </w:rPr>
        <w:t xml:space="preserve"> (</w:t>
      </w:r>
      <w:r w:rsidR="00910C69" w:rsidRPr="007A648F">
        <w:t xml:space="preserve">list up to three most </w:t>
      </w:r>
      <w:r w:rsidR="00910C69">
        <w:t>successful</w:t>
      </w:r>
      <w:r w:rsidR="00910C69" w:rsidRPr="007A648F">
        <w:t xml:space="preserve"> </w:t>
      </w:r>
      <w:r w:rsidR="00910C69">
        <w:t xml:space="preserve">innovative </w:t>
      </w:r>
      <w:r w:rsidR="00910C69" w:rsidRPr="007A648F">
        <w:t>tools/formats</w:t>
      </w:r>
      <w:r w:rsidR="00910C69">
        <w:rPr>
          <w:b/>
          <w:bCs/>
        </w:rPr>
        <w:t>)</w:t>
      </w:r>
    </w:p>
    <w:p w14:paraId="7FFAA60E" w14:textId="367E7C55" w:rsidR="006B0110" w:rsidRPr="00DA598A" w:rsidRDefault="00E213A6" w:rsidP="00DA598A">
      <w:pPr>
        <w:pStyle w:val="ListParagraph"/>
        <w:numPr>
          <w:ilvl w:val="1"/>
          <w:numId w:val="11"/>
        </w:numPr>
        <w:ind w:left="90"/>
      </w:pPr>
      <w:r w:rsidRPr="007A648F">
        <w:rPr>
          <w:b/>
        </w:rPr>
        <w:t>Existing partnerships or joint productions</w:t>
      </w:r>
      <w:r w:rsidR="00EC6648">
        <w:rPr>
          <w:b/>
          <w:bCs/>
        </w:rPr>
        <w:t>.</w:t>
      </w:r>
    </w:p>
    <w:p w14:paraId="4411BF72" w14:textId="77777777" w:rsidR="00FB66D4" w:rsidRDefault="00FB66D4"/>
    <w:p w14:paraId="77EA5FBD" w14:textId="3DEB67B6" w:rsidR="00FB66D4" w:rsidRPr="00083C4E" w:rsidRDefault="00E213A6">
      <w:pPr>
        <w:pStyle w:val="Heading2"/>
        <w:rPr>
          <w:rFonts w:asciiTheme="minorHAnsi" w:hAnsiTheme="minorHAnsi"/>
          <w:color w:val="17365D" w:themeColor="text2" w:themeShade="BF"/>
          <w:sz w:val="28"/>
          <w:szCs w:val="28"/>
        </w:rPr>
      </w:pPr>
      <w:r w:rsidRPr="00083C4E">
        <w:rPr>
          <w:rFonts w:asciiTheme="minorHAnsi" w:hAnsiTheme="minorHAnsi"/>
          <w:color w:val="17365D" w:themeColor="text2" w:themeShade="BF"/>
          <w:sz w:val="28"/>
          <w:szCs w:val="28"/>
        </w:rPr>
        <w:t xml:space="preserve">SECTION </w:t>
      </w:r>
      <w:r w:rsidR="00B35F58" w:rsidRPr="00083C4E">
        <w:rPr>
          <w:rFonts w:asciiTheme="minorHAnsi" w:hAnsiTheme="minorHAnsi"/>
          <w:color w:val="17365D" w:themeColor="text2" w:themeShade="BF"/>
          <w:sz w:val="28"/>
          <w:szCs w:val="28"/>
        </w:rPr>
        <w:t>5</w:t>
      </w:r>
      <w:r w:rsidRPr="00083C4E">
        <w:rPr>
          <w:rFonts w:asciiTheme="minorHAnsi" w:hAnsiTheme="minorHAnsi"/>
          <w:color w:val="17365D" w:themeColor="text2" w:themeShade="BF"/>
          <w:sz w:val="28"/>
          <w:szCs w:val="28"/>
        </w:rPr>
        <w:t>: Donor Engagement &amp; Legal Compliance</w:t>
      </w:r>
    </w:p>
    <w:p w14:paraId="673F0371" w14:textId="70EF4B7D" w:rsidR="00FB66D4" w:rsidRPr="00083C4E" w:rsidRDefault="00E213A6" w:rsidP="00F96797">
      <w:pPr>
        <w:pStyle w:val="IntenseQuote"/>
        <w:rPr>
          <w:b w:val="0"/>
          <w:bCs w:val="0"/>
          <w:color w:val="365F91" w:themeColor="accent1" w:themeShade="BF"/>
        </w:rPr>
      </w:pPr>
      <w:r w:rsidRPr="00083C4E">
        <w:rPr>
          <w:color w:val="365F91" w:themeColor="accent1" w:themeShade="BF"/>
        </w:rPr>
        <w:t xml:space="preserve">Purpose: </w:t>
      </w:r>
      <w:r w:rsidRPr="00083C4E">
        <w:rPr>
          <w:b w:val="0"/>
          <w:bCs w:val="0"/>
          <w:color w:val="365F91" w:themeColor="accent1" w:themeShade="BF"/>
        </w:rPr>
        <w:t>Share information about your history with donor-funded projects and confirm legal compliance</w:t>
      </w:r>
      <w:r w:rsidRPr="00083C4E">
        <w:rPr>
          <w:b w:val="0"/>
          <w:bCs w:val="0"/>
          <w:i w:val="0"/>
          <w:iCs w:val="0"/>
          <w:color w:val="365F91" w:themeColor="accent1" w:themeShade="BF"/>
        </w:rPr>
        <w:t>.</w:t>
      </w:r>
    </w:p>
    <w:p w14:paraId="7773EB0D" w14:textId="2AD65BED" w:rsidR="00FB66D4" w:rsidRPr="009266E3" w:rsidRDefault="00E213A6" w:rsidP="009266E3">
      <w:pPr>
        <w:pStyle w:val="ListParagraph"/>
        <w:numPr>
          <w:ilvl w:val="1"/>
          <w:numId w:val="11"/>
        </w:numPr>
        <w:ind w:left="90"/>
        <w:rPr>
          <w:b/>
        </w:rPr>
      </w:pPr>
      <w:r w:rsidRPr="009266E3">
        <w:rPr>
          <w:b/>
        </w:rPr>
        <w:t xml:space="preserve">List of ongoing donor-funded projects </w:t>
      </w:r>
      <w:r>
        <w:t>(funder, year, amount)</w:t>
      </w:r>
      <w:r w:rsidR="00D43371">
        <w:t>:</w:t>
      </w:r>
    </w:p>
    <w:p w14:paraId="350D4C3B" w14:textId="6D21D971" w:rsidR="00FB66D4" w:rsidRPr="009266E3" w:rsidRDefault="00E213A6" w:rsidP="009266E3">
      <w:pPr>
        <w:pStyle w:val="ListParagraph"/>
        <w:numPr>
          <w:ilvl w:val="1"/>
          <w:numId w:val="11"/>
        </w:numPr>
        <w:ind w:left="90"/>
        <w:rPr>
          <w:b/>
        </w:rPr>
      </w:pPr>
      <w:r w:rsidRPr="009266E3">
        <w:rPr>
          <w:b/>
        </w:rPr>
        <w:t xml:space="preserve">List </w:t>
      </w:r>
      <w:r w:rsidR="007B2885">
        <w:rPr>
          <w:b/>
          <w:bCs/>
        </w:rPr>
        <w:t>the</w:t>
      </w:r>
      <w:r w:rsidRPr="009266E3">
        <w:rPr>
          <w:b/>
        </w:rPr>
        <w:t xml:space="preserve"> projects</w:t>
      </w:r>
      <w:r w:rsidR="00F939DF">
        <w:rPr>
          <w:b/>
        </w:rPr>
        <w:t xml:space="preserve"> </w:t>
      </w:r>
      <w:r w:rsidR="007B2885">
        <w:rPr>
          <w:b/>
          <w:bCs/>
        </w:rPr>
        <w:t xml:space="preserve">for the last </w:t>
      </w:r>
      <w:r w:rsidR="00123034">
        <w:rPr>
          <w:b/>
          <w:bCs/>
        </w:rPr>
        <w:t>3</w:t>
      </w:r>
      <w:r w:rsidR="007B2885">
        <w:rPr>
          <w:b/>
          <w:bCs/>
        </w:rPr>
        <w:t xml:space="preserve"> years</w:t>
      </w:r>
      <w:r w:rsidR="00F939DF" w:rsidRPr="009266E3">
        <w:rPr>
          <w:b/>
          <w:bCs/>
        </w:rPr>
        <w:t xml:space="preserve"> </w:t>
      </w:r>
      <w:r w:rsidR="00344933" w:rsidRPr="009266E3">
        <w:rPr>
          <w:b/>
        </w:rPr>
        <w:t xml:space="preserve">that </w:t>
      </w:r>
      <w:r w:rsidR="00EC6648" w:rsidRPr="009266E3">
        <w:rPr>
          <w:b/>
        </w:rPr>
        <w:t>have had</w:t>
      </w:r>
      <w:r w:rsidR="00DE74DB" w:rsidRPr="009266E3">
        <w:rPr>
          <w:b/>
        </w:rPr>
        <w:t xml:space="preserve"> significant impact on your business </w:t>
      </w:r>
      <w:r w:rsidR="000B7755" w:rsidRPr="009266E3">
        <w:rPr>
          <w:b/>
        </w:rPr>
        <w:t>development</w:t>
      </w:r>
      <w:r w:rsidR="00D43371">
        <w:rPr>
          <w:b/>
          <w:bCs/>
        </w:rPr>
        <w:t>:</w:t>
      </w:r>
    </w:p>
    <w:p w14:paraId="56B44923" w14:textId="4C862865" w:rsidR="00FB66D4" w:rsidRDefault="00E213A6" w:rsidP="00483D90">
      <w:pPr>
        <w:pStyle w:val="ListParagraph"/>
        <w:numPr>
          <w:ilvl w:val="1"/>
          <w:numId w:val="11"/>
        </w:numPr>
        <w:ind w:left="90"/>
      </w:pPr>
      <w:r w:rsidRPr="00483D90">
        <w:rPr>
          <w:b/>
        </w:rPr>
        <w:t xml:space="preserve">Any legal proceedings or compliance issues </w:t>
      </w:r>
      <w:r>
        <w:t>(criminal, corruption, defamation</w:t>
      </w:r>
      <w:r w:rsidR="00E22003">
        <w:t xml:space="preserve">, tax administration, </w:t>
      </w:r>
      <w:proofErr w:type="spellStart"/>
      <w:r w:rsidR="00E22003">
        <w:t>etc</w:t>
      </w:r>
      <w:proofErr w:type="spellEnd"/>
      <w:proofErr w:type="gramStart"/>
      <w:r w:rsidR="00E22003">
        <w:t>)</w:t>
      </w:r>
      <w:r w:rsidR="00D43371">
        <w:t>?:</w:t>
      </w:r>
      <w:proofErr w:type="gramEnd"/>
    </w:p>
    <w:p w14:paraId="00EBA700" w14:textId="77777777" w:rsidR="007C58B0" w:rsidRDefault="007C58B0" w:rsidP="0032217F">
      <w:pPr>
        <w:pStyle w:val="IntenseQuote"/>
      </w:pPr>
    </w:p>
    <w:p w14:paraId="6B7257F4" w14:textId="1C51F6E9" w:rsidR="007C58B0" w:rsidRPr="0020733F" w:rsidRDefault="007C58B0" w:rsidP="0020733F">
      <w:pPr>
        <w:pStyle w:val="Heading2"/>
        <w:rPr>
          <w:rFonts w:asciiTheme="minorHAnsi" w:hAnsiTheme="minorHAnsi"/>
          <w:color w:val="17365D" w:themeColor="text2" w:themeShade="BF"/>
          <w:sz w:val="28"/>
          <w:szCs w:val="28"/>
        </w:rPr>
      </w:pPr>
      <w:r w:rsidRPr="0020733F">
        <w:rPr>
          <w:rFonts w:asciiTheme="minorHAnsi" w:hAnsiTheme="minorHAnsi"/>
          <w:color w:val="17365D" w:themeColor="text2" w:themeShade="BF"/>
          <w:sz w:val="28"/>
          <w:szCs w:val="28"/>
        </w:rPr>
        <w:t xml:space="preserve">SECTION </w:t>
      </w:r>
      <w:r w:rsidR="00483D90">
        <w:rPr>
          <w:rFonts w:asciiTheme="minorHAnsi" w:hAnsiTheme="minorHAnsi"/>
          <w:color w:val="17365D" w:themeColor="text2" w:themeShade="BF"/>
          <w:sz w:val="28"/>
          <w:szCs w:val="28"/>
        </w:rPr>
        <w:t>6</w:t>
      </w:r>
      <w:r w:rsidRPr="0020733F">
        <w:rPr>
          <w:rFonts w:asciiTheme="minorHAnsi" w:hAnsiTheme="minorHAnsi"/>
          <w:color w:val="17365D" w:themeColor="text2" w:themeShade="BF"/>
          <w:sz w:val="28"/>
          <w:szCs w:val="28"/>
        </w:rPr>
        <w:t xml:space="preserve">: </w:t>
      </w:r>
      <w:r w:rsidR="00483D90">
        <w:rPr>
          <w:rFonts w:asciiTheme="minorHAnsi" w:hAnsiTheme="minorHAnsi"/>
          <w:color w:val="17365D" w:themeColor="text2" w:themeShade="BF"/>
          <w:sz w:val="28"/>
          <w:szCs w:val="28"/>
        </w:rPr>
        <w:t>Project</w:t>
      </w:r>
      <w:r w:rsidR="000A7DC9" w:rsidRPr="0020733F">
        <w:rPr>
          <w:rFonts w:asciiTheme="minorHAnsi" w:hAnsiTheme="minorHAnsi"/>
          <w:color w:val="17365D" w:themeColor="text2" w:themeShade="BF"/>
          <w:sz w:val="28"/>
          <w:szCs w:val="28"/>
        </w:rPr>
        <w:t xml:space="preserve"> Proposal</w:t>
      </w:r>
      <w:r w:rsidR="00456F43" w:rsidRPr="0020733F">
        <w:rPr>
          <w:rFonts w:asciiTheme="minorHAnsi" w:hAnsiTheme="minorHAnsi"/>
          <w:color w:val="17365D" w:themeColor="text2" w:themeShade="BF"/>
          <w:sz w:val="28"/>
          <w:szCs w:val="28"/>
        </w:rPr>
        <w:t xml:space="preserve"> </w:t>
      </w:r>
      <w:r w:rsidRPr="0020733F">
        <w:rPr>
          <w:rFonts w:asciiTheme="minorHAnsi" w:hAnsiTheme="minorHAnsi"/>
          <w:color w:val="17365D" w:themeColor="text2" w:themeShade="BF"/>
          <w:sz w:val="28"/>
          <w:szCs w:val="28"/>
        </w:rPr>
        <w:t>Description</w:t>
      </w:r>
    </w:p>
    <w:p w14:paraId="74D5FFD3" w14:textId="0F7A0929" w:rsidR="000C7C85" w:rsidRDefault="007C58B0" w:rsidP="00203C0C">
      <w:pPr>
        <w:pStyle w:val="IntenseQuote"/>
        <w:pBdr>
          <w:bottom w:val="single" w:sz="4" w:space="31" w:color="4F81BD" w:themeColor="accent1"/>
        </w:pBdr>
      </w:pPr>
      <w:r w:rsidRPr="00083C4E">
        <w:rPr>
          <w:bCs w:val="0"/>
          <w:color w:val="365F91" w:themeColor="accent1" w:themeShade="BF"/>
        </w:rPr>
        <w:t>Purpose:</w:t>
      </w:r>
      <w:r w:rsidRPr="00083C4E">
        <w:rPr>
          <w:b w:val="0"/>
          <w:color w:val="365F91" w:themeColor="accent1" w:themeShade="BF"/>
        </w:rPr>
        <w:t xml:space="preserve"> This section allows you to present the goals, methods, and impact of your </w:t>
      </w:r>
      <w:r w:rsidR="000A7DC9" w:rsidRPr="00083C4E">
        <w:rPr>
          <w:b w:val="0"/>
          <w:color w:val="365F91" w:themeColor="accent1" w:themeShade="BF"/>
        </w:rPr>
        <w:t>proposal</w:t>
      </w:r>
      <w:r w:rsidR="002F420F" w:rsidRPr="00083C4E">
        <w:rPr>
          <w:b w:val="0"/>
          <w:color w:val="365F91" w:themeColor="accent1" w:themeShade="BF"/>
        </w:rPr>
        <w:t>.</w:t>
      </w:r>
      <w:r w:rsidRPr="00083C4E">
        <w:rPr>
          <w:b w:val="0"/>
          <w:color w:val="365F91" w:themeColor="accent1" w:themeShade="BF"/>
        </w:rPr>
        <w:t xml:space="preserve"> Be as concrete and clear as possible.</w:t>
      </w:r>
    </w:p>
    <w:p w14:paraId="0DF2D0B2" w14:textId="10B3FCF3" w:rsidR="000C7C85" w:rsidRPr="00876C76" w:rsidRDefault="00483D90" w:rsidP="000C7C8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0C7C85" w:rsidRPr="00876C76">
        <w:rPr>
          <w:b/>
          <w:bCs/>
          <w:sz w:val="24"/>
          <w:szCs w:val="24"/>
        </w:rPr>
        <w:t>.1</w:t>
      </w:r>
      <w:r w:rsidR="000C7C85" w:rsidRPr="00876C76">
        <w:rPr>
          <w:b/>
          <w:bCs/>
          <w:sz w:val="24"/>
          <w:szCs w:val="24"/>
        </w:rPr>
        <w:tab/>
      </w:r>
      <w:r w:rsidR="000C7C85" w:rsidRPr="00876C76">
        <w:rPr>
          <w:b/>
          <w:sz w:val="24"/>
          <w:szCs w:val="24"/>
        </w:rPr>
        <w:t>Title</w:t>
      </w:r>
      <w:r w:rsidR="00016039">
        <w:rPr>
          <w:b/>
          <w:sz w:val="24"/>
          <w:szCs w:val="24"/>
        </w:rPr>
        <w:t xml:space="preserve"> of the </w:t>
      </w:r>
      <w:proofErr w:type="gramStart"/>
      <w:r w:rsidR="00016039">
        <w:rPr>
          <w:b/>
          <w:sz w:val="24"/>
          <w:szCs w:val="24"/>
        </w:rPr>
        <w:t xml:space="preserve">Proposal </w:t>
      </w:r>
      <w:r w:rsidR="000C7C85">
        <w:rPr>
          <w:b/>
          <w:bCs/>
          <w:sz w:val="24"/>
          <w:szCs w:val="24"/>
        </w:rPr>
        <w:t>:</w:t>
      </w:r>
      <w:proofErr w:type="gramEnd"/>
    </w:p>
    <w:p w14:paraId="540DFF36" w14:textId="77777777" w:rsidR="00483D90" w:rsidRDefault="00483D90" w:rsidP="00203C0C">
      <w:pPr>
        <w:contextualSpacing/>
        <w:rPr>
          <w:b/>
          <w:bCs/>
          <w:sz w:val="24"/>
          <w:szCs w:val="24"/>
        </w:rPr>
      </w:pPr>
    </w:p>
    <w:p w14:paraId="23CE5205" w14:textId="77777777" w:rsidR="00483D90" w:rsidRDefault="00483D90" w:rsidP="00203C0C">
      <w:pPr>
        <w:contextualSpacing/>
        <w:rPr>
          <w:b/>
          <w:bCs/>
          <w:sz w:val="24"/>
          <w:szCs w:val="24"/>
        </w:rPr>
      </w:pPr>
    </w:p>
    <w:p w14:paraId="6743CFFF" w14:textId="48B1E287" w:rsidR="00203C0C" w:rsidRDefault="00483D90" w:rsidP="00203C0C">
      <w:pPr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6</w:t>
      </w:r>
      <w:r w:rsidR="00203C0C" w:rsidRPr="00876C76">
        <w:rPr>
          <w:b/>
          <w:bCs/>
          <w:sz w:val="24"/>
          <w:szCs w:val="24"/>
        </w:rPr>
        <w:t>.2</w:t>
      </w:r>
      <w:r w:rsidR="00203C0C" w:rsidRPr="00876C76">
        <w:rPr>
          <w:b/>
          <w:bCs/>
          <w:sz w:val="24"/>
          <w:szCs w:val="24"/>
        </w:rPr>
        <w:tab/>
      </w:r>
      <w:r w:rsidR="00203C0C" w:rsidRPr="00876C76">
        <w:rPr>
          <w:b/>
          <w:sz w:val="24"/>
          <w:szCs w:val="24"/>
        </w:rPr>
        <w:t>Executive Summary (max. 300 words)</w:t>
      </w:r>
      <w:r w:rsidR="00203C0C">
        <w:rPr>
          <w:b/>
          <w:bCs/>
          <w:sz w:val="24"/>
          <w:szCs w:val="24"/>
        </w:rPr>
        <w:t xml:space="preserve">: </w:t>
      </w:r>
    </w:p>
    <w:p w14:paraId="2F8F5682" w14:textId="394EC02F" w:rsidR="00203C0C" w:rsidRDefault="00203C0C" w:rsidP="00203C0C">
      <w:pPr>
        <w:ind w:left="720"/>
        <w:contextualSpacing/>
      </w:pPr>
      <w:r>
        <w:t xml:space="preserve">A high-level overview of the </w:t>
      </w:r>
      <w:proofErr w:type="gramStart"/>
      <w:r>
        <w:t>proposal that</w:t>
      </w:r>
      <w:proofErr w:type="gramEnd"/>
      <w:r>
        <w:t xml:space="preserve"> provides a clear pitch. </w:t>
      </w:r>
    </w:p>
    <w:p w14:paraId="28F69025" w14:textId="77777777" w:rsidR="00203C0C" w:rsidRPr="00876C76" w:rsidRDefault="00203C0C" w:rsidP="00203C0C">
      <w:pPr>
        <w:ind w:left="720"/>
        <w:contextualSpacing/>
        <w:rPr>
          <w:b/>
          <w:sz w:val="24"/>
          <w:szCs w:val="24"/>
        </w:rPr>
      </w:pPr>
    </w:p>
    <w:p w14:paraId="1604A9E5" w14:textId="6361F4C6" w:rsidR="00203C0C" w:rsidRDefault="00483D90" w:rsidP="00203C0C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203C0C" w:rsidRPr="00876C76">
        <w:rPr>
          <w:b/>
          <w:bCs/>
          <w:sz w:val="24"/>
          <w:szCs w:val="24"/>
        </w:rPr>
        <w:t>.3</w:t>
      </w:r>
      <w:r w:rsidR="00203C0C" w:rsidRPr="00876C76">
        <w:rPr>
          <w:b/>
          <w:bCs/>
          <w:sz w:val="24"/>
          <w:szCs w:val="24"/>
        </w:rPr>
        <w:tab/>
      </w:r>
      <w:r w:rsidR="00203C0C" w:rsidRPr="00876C76">
        <w:rPr>
          <w:b/>
          <w:sz w:val="24"/>
          <w:szCs w:val="24"/>
        </w:rPr>
        <w:t>Total Budget</w:t>
      </w:r>
      <w:r w:rsidR="00203C0C">
        <w:rPr>
          <w:b/>
          <w:bCs/>
          <w:sz w:val="24"/>
          <w:szCs w:val="24"/>
        </w:rPr>
        <w:t xml:space="preserve"> in Euro: </w:t>
      </w:r>
    </w:p>
    <w:p w14:paraId="4BF6707C" w14:textId="31021E3C" w:rsidR="00203C0C" w:rsidRDefault="00483D90" w:rsidP="00203C0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203C0C">
        <w:rPr>
          <w:b/>
          <w:bCs/>
          <w:sz w:val="24"/>
          <w:szCs w:val="24"/>
        </w:rPr>
        <w:t>.4</w:t>
      </w:r>
      <w:r w:rsidR="00203C0C">
        <w:rPr>
          <w:b/>
          <w:bCs/>
          <w:sz w:val="24"/>
          <w:szCs w:val="24"/>
        </w:rPr>
        <w:tab/>
        <w:t>Duration</w:t>
      </w:r>
      <w:r w:rsidR="00203C0C">
        <w:rPr>
          <w:rStyle w:val="FootnoteReference"/>
          <w:b/>
          <w:bCs/>
          <w:sz w:val="24"/>
          <w:szCs w:val="24"/>
        </w:rPr>
        <w:footnoteReference w:id="2"/>
      </w:r>
      <w:r w:rsidR="00203C0C">
        <w:rPr>
          <w:b/>
          <w:bCs/>
          <w:sz w:val="24"/>
          <w:szCs w:val="24"/>
        </w:rPr>
        <w:t>:</w:t>
      </w:r>
    </w:p>
    <w:p w14:paraId="4F3779E5" w14:textId="479FD923" w:rsidR="00A84D3E" w:rsidRPr="00876C76" w:rsidRDefault="00483D90" w:rsidP="00AB529A">
      <w:pPr>
        <w:rPr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9E305E">
        <w:rPr>
          <w:b/>
          <w:bCs/>
          <w:sz w:val="24"/>
          <w:szCs w:val="24"/>
        </w:rPr>
        <w:t>.5</w:t>
      </w:r>
      <w:r w:rsidR="009E305E">
        <w:rPr>
          <w:b/>
          <w:bCs/>
          <w:sz w:val="24"/>
          <w:szCs w:val="24"/>
        </w:rPr>
        <w:tab/>
      </w:r>
      <w:r w:rsidR="00915100">
        <w:rPr>
          <w:b/>
          <w:bCs/>
          <w:sz w:val="24"/>
          <w:szCs w:val="24"/>
        </w:rPr>
        <w:t xml:space="preserve">Rationale: </w:t>
      </w:r>
    </w:p>
    <w:p w14:paraId="5ECDE5BA" w14:textId="5A59EEAD" w:rsidR="00A84D3E" w:rsidRPr="00FA0A9B" w:rsidRDefault="00915100" w:rsidP="00876C76">
      <w:pPr>
        <w:ind w:left="720"/>
      </w:pPr>
      <w:r w:rsidRPr="00FA0A9B">
        <w:t>Main challenges, needs</w:t>
      </w:r>
      <w:r w:rsidR="00397D25" w:rsidRPr="00FA0A9B">
        <w:t>,</w:t>
      </w:r>
      <w:r w:rsidR="002A15E2" w:rsidRPr="00FA0A9B">
        <w:t xml:space="preserve"> gaps,</w:t>
      </w:r>
      <w:r w:rsidR="00397D25" w:rsidRPr="00FA0A9B">
        <w:t xml:space="preserve"> </w:t>
      </w:r>
      <w:r w:rsidR="00896F22" w:rsidRPr="00FA0A9B">
        <w:t>advantages</w:t>
      </w:r>
      <w:r w:rsidRPr="00FA0A9B">
        <w:t xml:space="preserve"> and opportunities you want to address</w:t>
      </w:r>
      <w:r w:rsidR="00397D25" w:rsidRPr="00FA0A9B">
        <w:t>/tackle/tap</w:t>
      </w:r>
      <w:r w:rsidRPr="00FA0A9B">
        <w:t xml:space="preserve"> with this </w:t>
      </w:r>
      <w:r w:rsidR="00397D25" w:rsidRPr="00FA0A9B">
        <w:t>proposal</w:t>
      </w:r>
      <w:r w:rsidR="00896F22" w:rsidRPr="00FA0A9B">
        <w:t xml:space="preserve"> (max </w:t>
      </w:r>
      <w:r w:rsidR="00123034" w:rsidRPr="00FA0A9B">
        <w:t>500 words</w:t>
      </w:r>
      <w:r w:rsidR="00896F22" w:rsidRPr="00FA0A9B">
        <w:t>)</w:t>
      </w:r>
      <w:r w:rsidR="00123034" w:rsidRPr="00FA0A9B">
        <w:t>:</w:t>
      </w:r>
    </w:p>
    <w:p w14:paraId="1010519B" w14:textId="7A59A74E" w:rsidR="007C58B0" w:rsidRPr="00876C76" w:rsidRDefault="00C96270" w:rsidP="007C58B0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2A15E2">
        <w:rPr>
          <w:b/>
          <w:bCs/>
          <w:sz w:val="24"/>
          <w:szCs w:val="24"/>
        </w:rPr>
        <w:t>.6</w:t>
      </w:r>
      <w:r w:rsidR="002A15E2">
        <w:rPr>
          <w:b/>
          <w:bCs/>
          <w:sz w:val="24"/>
          <w:szCs w:val="24"/>
        </w:rPr>
        <w:tab/>
      </w:r>
      <w:r w:rsidR="00AB529A">
        <w:rPr>
          <w:b/>
          <w:bCs/>
          <w:sz w:val="24"/>
          <w:szCs w:val="24"/>
        </w:rPr>
        <w:t>Goal and Objectives</w:t>
      </w:r>
    </w:p>
    <w:p w14:paraId="71384FB3" w14:textId="005E1F6F" w:rsidR="00071754" w:rsidRDefault="00071754" w:rsidP="007C58B0">
      <w:r>
        <w:t>What is the main strategic goal of this Proposal</w:t>
      </w:r>
      <w:r w:rsidR="000B00B1">
        <w:t xml:space="preserve">, </w:t>
      </w:r>
      <w:r w:rsidR="00FA5568">
        <w:t xml:space="preserve">the vision you have for your media at the end of </w:t>
      </w:r>
      <w:r w:rsidR="00FE5C70">
        <w:t xml:space="preserve">this </w:t>
      </w:r>
      <w:r w:rsidR="00E030BA">
        <w:t>business action</w:t>
      </w:r>
      <w:r w:rsidR="00FE5C70">
        <w:t xml:space="preserve"> </w:t>
      </w:r>
      <w:r w:rsidR="00E030BA">
        <w:t>timeline.</w:t>
      </w:r>
      <w:r>
        <w:t xml:space="preserve"> </w:t>
      </w:r>
    </w:p>
    <w:p w14:paraId="5BE4C984" w14:textId="77777777" w:rsidR="00606CA5" w:rsidRDefault="00B93562" w:rsidP="00606CA5">
      <w:r>
        <w:t>Additionally, d</w:t>
      </w:r>
      <w:r w:rsidR="0041160D">
        <w:t>efine 2–5 clear and realistic objectives</w:t>
      </w:r>
      <w:r>
        <w:t>.</w:t>
      </w:r>
      <w:r w:rsidR="005A5E83">
        <w:t xml:space="preserve"> They </w:t>
      </w:r>
      <w:r>
        <w:t>should be</w:t>
      </w:r>
      <w:r w:rsidR="001F1C68" w:rsidRPr="001F1C68">
        <w:t xml:space="preserve"> precisely defined and structured</w:t>
      </w:r>
      <w:r w:rsidR="00606CA5">
        <w:t>.</w:t>
      </w:r>
    </w:p>
    <w:p w14:paraId="15E92F4F" w14:textId="2671794E" w:rsidR="004A6346" w:rsidRPr="009D5B17" w:rsidRDefault="00287FA7" w:rsidP="00606CA5">
      <w:pPr>
        <w:rPr>
          <w:b/>
          <w:bCs/>
        </w:rPr>
      </w:pPr>
      <w:r w:rsidRPr="009D5B17">
        <w:rPr>
          <w:b/>
        </w:rPr>
        <w:t>Goal</w:t>
      </w:r>
      <w:r w:rsidR="00A24D34" w:rsidRPr="009D5B17">
        <w:rPr>
          <w:b/>
        </w:rPr>
        <w:t>:</w:t>
      </w:r>
      <w:r w:rsidR="00072D6C">
        <w:rPr>
          <w:b/>
        </w:rPr>
        <w:t xml:space="preserve"> __________________________________________</w:t>
      </w:r>
    </w:p>
    <w:p w14:paraId="37D2EB4E" w14:textId="77777777" w:rsidR="009D5B17" w:rsidRPr="009D5B17" w:rsidRDefault="009D5B17" w:rsidP="009D5B17">
      <w:pPr>
        <w:pStyle w:val="ListParagraph"/>
        <w:rPr>
          <w:b/>
          <w:bCs/>
        </w:rPr>
      </w:pPr>
    </w:p>
    <w:p w14:paraId="50E1231E" w14:textId="2753AE72" w:rsidR="00287FA7" w:rsidRPr="00072D6C" w:rsidRDefault="00287FA7" w:rsidP="001F60CB">
      <w:pPr>
        <w:pStyle w:val="ListParagraph"/>
        <w:numPr>
          <w:ilvl w:val="0"/>
          <w:numId w:val="25"/>
        </w:numPr>
      </w:pPr>
      <w:r w:rsidRPr="009D5B17">
        <w:rPr>
          <w:b/>
        </w:rPr>
        <w:t>Objectives:</w:t>
      </w:r>
    </w:p>
    <w:p w14:paraId="0217B4D6" w14:textId="77777777" w:rsidR="00072D6C" w:rsidRPr="00072D6C" w:rsidRDefault="00072D6C" w:rsidP="00072D6C">
      <w:pPr>
        <w:pStyle w:val="ListParagraph"/>
      </w:pPr>
    </w:p>
    <w:p w14:paraId="534B7A01" w14:textId="04C2158E" w:rsidR="00072D6C" w:rsidRPr="00072D6C" w:rsidRDefault="00072D6C" w:rsidP="00072D6C">
      <w:pPr>
        <w:pStyle w:val="ListParagraph"/>
        <w:numPr>
          <w:ilvl w:val="0"/>
          <w:numId w:val="29"/>
        </w:numPr>
        <w:rPr>
          <w:bCs/>
        </w:rPr>
      </w:pPr>
      <w:r w:rsidRPr="00072D6C">
        <w:rPr>
          <w:bCs/>
        </w:rPr>
        <w:t>………………</w:t>
      </w:r>
    </w:p>
    <w:p w14:paraId="25889B7F" w14:textId="6A200663" w:rsidR="00072D6C" w:rsidRPr="00072D6C" w:rsidRDefault="00072D6C" w:rsidP="00072D6C">
      <w:pPr>
        <w:pStyle w:val="ListParagraph"/>
        <w:numPr>
          <w:ilvl w:val="0"/>
          <w:numId w:val="29"/>
        </w:numPr>
        <w:rPr>
          <w:bCs/>
        </w:rPr>
      </w:pPr>
      <w:r w:rsidRPr="00072D6C">
        <w:rPr>
          <w:bCs/>
        </w:rPr>
        <w:t>…………..</w:t>
      </w:r>
    </w:p>
    <w:p w14:paraId="03E36133" w14:textId="55B0BD53" w:rsidR="00072D6C" w:rsidRPr="00072D6C" w:rsidRDefault="00072D6C" w:rsidP="00072D6C">
      <w:pPr>
        <w:pStyle w:val="ListParagraph"/>
        <w:numPr>
          <w:ilvl w:val="0"/>
          <w:numId w:val="29"/>
        </w:numPr>
        <w:rPr>
          <w:bCs/>
        </w:rPr>
      </w:pPr>
      <w:r w:rsidRPr="00072D6C">
        <w:rPr>
          <w:bCs/>
        </w:rPr>
        <w:t>…………..</w:t>
      </w:r>
    </w:p>
    <w:p w14:paraId="12532149" w14:textId="77777777" w:rsidR="00072D6C" w:rsidRDefault="00072D6C" w:rsidP="00D50514">
      <w:pPr>
        <w:rPr>
          <w:b/>
          <w:bCs/>
          <w:sz w:val="24"/>
          <w:szCs w:val="24"/>
        </w:rPr>
      </w:pPr>
    </w:p>
    <w:p w14:paraId="21C0491A" w14:textId="73DD91D9" w:rsidR="00D50514" w:rsidRPr="00850105" w:rsidRDefault="00C96270" w:rsidP="00D5051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030207">
        <w:rPr>
          <w:b/>
          <w:bCs/>
          <w:sz w:val="24"/>
          <w:szCs w:val="24"/>
        </w:rPr>
        <w:t xml:space="preserve">.7 </w:t>
      </w:r>
      <w:r w:rsidR="00030207" w:rsidRPr="00850105">
        <w:rPr>
          <w:b/>
          <w:bCs/>
          <w:sz w:val="24"/>
          <w:szCs w:val="24"/>
        </w:rPr>
        <w:t>Development</w:t>
      </w:r>
      <w:r w:rsidR="00D50514" w:rsidRPr="00850105">
        <w:rPr>
          <w:b/>
          <w:bCs/>
          <w:sz w:val="24"/>
          <w:szCs w:val="24"/>
        </w:rPr>
        <w:t xml:space="preserve"> and Impact </w:t>
      </w:r>
      <w:r w:rsidR="00D50514">
        <w:rPr>
          <w:b/>
          <w:bCs/>
          <w:sz w:val="24"/>
          <w:szCs w:val="24"/>
        </w:rPr>
        <w:t>Methodology</w:t>
      </w:r>
      <w:r w:rsidR="00D50514" w:rsidRPr="00850105">
        <w:rPr>
          <w:b/>
          <w:bCs/>
          <w:sz w:val="24"/>
          <w:szCs w:val="24"/>
        </w:rPr>
        <w:t xml:space="preserve"> according to focus areas </w:t>
      </w:r>
    </w:p>
    <w:p w14:paraId="5F3DD34F" w14:textId="421FE641" w:rsidR="006854E0" w:rsidRDefault="006854E0" w:rsidP="001F60CB">
      <w:pPr>
        <w:contextualSpacing/>
      </w:pPr>
      <w:r w:rsidRPr="006854E0">
        <w:t>Explain how your project will evolve and how it will generate measurable value</w:t>
      </w:r>
      <w:r>
        <w:t>.</w:t>
      </w:r>
    </w:p>
    <w:p w14:paraId="68C121D1" w14:textId="65B4F1DF" w:rsidR="00D50514" w:rsidRDefault="00D50514" w:rsidP="000246B7">
      <w:pPr>
        <w:contextualSpacing/>
      </w:pPr>
      <w:r w:rsidRPr="001F60CB">
        <w:t>Complete only the sections relevant to your business proposal</w:t>
      </w:r>
      <w:r w:rsidR="00C9670C" w:rsidRPr="001F60CB">
        <w:t>.</w:t>
      </w:r>
    </w:p>
    <w:p w14:paraId="7E128C99" w14:textId="77777777" w:rsidR="006854E0" w:rsidRPr="001F60CB" w:rsidRDefault="006854E0" w:rsidP="001F60CB">
      <w:pPr>
        <w:contextualSpacing/>
      </w:pPr>
    </w:p>
    <w:p w14:paraId="4AE2B087" w14:textId="6C28B85B" w:rsidR="007E6FC8" w:rsidRDefault="00D50514" w:rsidP="007E6FC8">
      <w:pPr>
        <w:jc w:val="both"/>
      </w:pPr>
      <w:r w:rsidRPr="00850105">
        <w:rPr>
          <w:b/>
          <w:bCs/>
        </w:rPr>
        <w:t>a)</w:t>
      </w:r>
      <w:r w:rsidRPr="00850105">
        <w:rPr>
          <w:rFonts w:cstheme="majorHAnsi"/>
          <w:b/>
          <w:bCs/>
        </w:rPr>
        <w:t xml:space="preserve"> </w:t>
      </w:r>
      <w:r w:rsidRPr="00850105">
        <w:rPr>
          <w:b/>
          <w:bCs/>
        </w:rPr>
        <w:t>Business Model &amp; Monetization Plan</w:t>
      </w:r>
      <w:r w:rsidR="007E6FC8">
        <w:t xml:space="preserve"> (</w:t>
      </w:r>
      <w:r w:rsidR="007E6FC8" w:rsidRPr="007F5C44">
        <w:rPr>
          <w:i/>
          <w:iCs/>
        </w:rPr>
        <w:t>This refers to the creation or strengthening of income-generating strategies within the media outlet. Proposals may include introducing subscriptions, memberships, branded services, native advertising, premium content tiers, events, merchandising, consultancy services, or training offerings</w:t>
      </w:r>
      <w:r w:rsidR="007E6FC8">
        <w:t>.)</w:t>
      </w:r>
    </w:p>
    <w:p w14:paraId="7DEDC97B" w14:textId="77777777" w:rsidR="00D50514" w:rsidRDefault="00D50514" w:rsidP="00D50514">
      <w:pPr>
        <w:pStyle w:val="ListParagraph"/>
        <w:numPr>
          <w:ilvl w:val="0"/>
          <w:numId w:val="15"/>
        </w:numPr>
      </w:pPr>
      <w:r w:rsidRPr="00794E67">
        <w:t xml:space="preserve">Please describe your </w:t>
      </w:r>
      <w:r>
        <w:t xml:space="preserve">proposed </w:t>
      </w:r>
      <w:r w:rsidRPr="00794E67">
        <w:t xml:space="preserve">business model and </w:t>
      </w:r>
      <w:proofErr w:type="spellStart"/>
      <w:r w:rsidRPr="00794E67">
        <w:t>monetisation</w:t>
      </w:r>
      <w:proofErr w:type="spellEnd"/>
      <w:r w:rsidRPr="00794E67">
        <w:t xml:space="preserve"> plan</w:t>
      </w:r>
      <w:r>
        <w:t xml:space="preserve">. </w:t>
      </w:r>
    </w:p>
    <w:p w14:paraId="26577BC1" w14:textId="1E15CDE3" w:rsidR="00D50514" w:rsidRDefault="00D50514" w:rsidP="00D50514">
      <w:pPr>
        <w:pStyle w:val="ListParagraph"/>
      </w:pPr>
      <w:r>
        <w:t xml:space="preserve">What new income stream/ business model/revenue streams will you launch and or develop further? Please describe </w:t>
      </w:r>
      <w:r w:rsidR="001F72FD">
        <w:t>it by</w:t>
      </w:r>
      <w:r>
        <w:t xml:space="preserve"> </w:t>
      </w:r>
      <w:r w:rsidRPr="00794E67">
        <w:t>outlining</w:t>
      </w:r>
      <w:r>
        <w:t xml:space="preserve"> s</w:t>
      </w:r>
      <w:r w:rsidRPr="00EC5896">
        <w:t xml:space="preserve">pecific approaches for generating income from products, </w:t>
      </w:r>
      <w:proofErr w:type="gramStart"/>
      <w:r w:rsidRPr="00EC5896">
        <w:t>services,  content</w:t>
      </w:r>
      <w:proofErr w:type="gramEnd"/>
      <w:r w:rsidR="00153813">
        <w:t xml:space="preserve">, </w:t>
      </w:r>
      <w:r>
        <w:t>etc</w:t>
      </w:r>
      <w:r w:rsidR="00503DFC">
        <w:t>.</w:t>
      </w:r>
    </w:p>
    <w:p w14:paraId="6AD1BC52" w14:textId="77777777" w:rsidR="00D50514" w:rsidRDefault="00D50514" w:rsidP="00D50514">
      <w:pPr>
        <w:pStyle w:val="ListParagraph"/>
        <w:numPr>
          <w:ilvl w:val="0"/>
          <w:numId w:val="15"/>
        </w:numPr>
      </w:pPr>
      <w:r>
        <w:t>Please indicate if you can, the estimated expected revenue from the products/services you will test or consolidate further within this Proposal timeline:</w:t>
      </w:r>
    </w:p>
    <w:p w14:paraId="0B3295C5" w14:textId="77777777" w:rsidR="00D50514" w:rsidRDefault="00D50514" w:rsidP="00D50514">
      <w:pPr>
        <w:pStyle w:val="ListParagraph"/>
        <w:numPr>
          <w:ilvl w:val="1"/>
          <w:numId w:val="15"/>
        </w:numPr>
      </w:pPr>
      <w:r w:rsidRPr="00850105">
        <w:rPr>
          <w:b/>
          <w:bCs/>
        </w:rPr>
        <w:lastRenderedPageBreak/>
        <w:t>Estimated income:</w:t>
      </w:r>
    </w:p>
    <w:p w14:paraId="2EA86356" w14:textId="77777777" w:rsidR="00D50514" w:rsidRPr="00850105" w:rsidRDefault="00D50514" w:rsidP="00D50514">
      <w:pPr>
        <w:pStyle w:val="ListParagraph"/>
        <w:numPr>
          <w:ilvl w:val="2"/>
          <w:numId w:val="15"/>
        </w:numPr>
        <w:rPr>
          <w:i/>
          <w:iCs/>
        </w:rPr>
      </w:pPr>
      <w:r w:rsidRPr="00850105">
        <w:rPr>
          <w:i/>
          <w:iCs/>
        </w:rPr>
        <w:t xml:space="preserve">Year 1: €______  </w:t>
      </w:r>
    </w:p>
    <w:p w14:paraId="0CF799A3" w14:textId="77777777" w:rsidR="00D50514" w:rsidRPr="00850105" w:rsidRDefault="00D50514" w:rsidP="00D50514">
      <w:pPr>
        <w:pStyle w:val="ListParagraph"/>
        <w:numPr>
          <w:ilvl w:val="2"/>
          <w:numId w:val="15"/>
        </w:numPr>
        <w:rPr>
          <w:i/>
          <w:iCs/>
        </w:rPr>
      </w:pPr>
      <w:r w:rsidRPr="00850105">
        <w:rPr>
          <w:i/>
          <w:iCs/>
        </w:rPr>
        <w:t xml:space="preserve">Year 2: €______  </w:t>
      </w:r>
    </w:p>
    <w:p w14:paraId="7837C232" w14:textId="77777777" w:rsidR="00AA3361" w:rsidRDefault="00AA3361" w:rsidP="001F60CB">
      <w:pPr>
        <w:pStyle w:val="ListParagraph"/>
      </w:pPr>
    </w:p>
    <w:p w14:paraId="3C8E0614" w14:textId="386B6A19" w:rsidR="00AA3361" w:rsidRDefault="00996356" w:rsidP="00564238">
      <w:pPr>
        <w:pStyle w:val="ListParagraph"/>
        <w:numPr>
          <w:ilvl w:val="0"/>
          <w:numId w:val="15"/>
        </w:numPr>
      </w:pPr>
      <w:r>
        <w:t>If the monetized activity is part of a larger project funded by other donors, specify:</w:t>
      </w:r>
    </w:p>
    <w:p w14:paraId="38510A63" w14:textId="046AEF7E" w:rsidR="00996356" w:rsidRDefault="00996356" w:rsidP="001F60CB">
      <w:pPr>
        <w:pStyle w:val="ListParagraph"/>
        <w:numPr>
          <w:ilvl w:val="1"/>
          <w:numId w:val="15"/>
        </w:numPr>
      </w:pPr>
      <w:r>
        <w:t>What part of the product is developed under this grant</w:t>
      </w:r>
    </w:p>
    <w:p w14:paraId="2DB42C9D" w14:textId="77777777" w:rsidR="00996356" w:rsidRDefault="00996356" w:rsidP="00D50514">
      <w:pPr>
        <w:rPr>
          <w:b/>
          <w:bCs/>
        </w:rPr>
      </w:pPr>
    </w:p>
    <w:p w14:paraId="19D76EF6" w14:textId="26DE42F0" w:rsidR="00D50514" w:rsidRPr="00850105" w:rsidRDefault="00D50514" w:rsidP="00184AA3">
      <w:pPr>
        <w:contextualSpacing/>
        <w:jc w:val="both"/>
        <w:rPr>
          <w:b/>
          <w:bCs/>
        </w:rPr>
      </w:pPr>
      <w:r w:rsidRPr="00850105">
        <w:rPr>
          <w:b/>
          <w:bCs/>
        </w:rPr>
        <w:t xml:space="preserve">b) </w:t>
      </w:r>
      <w:r w:rsidR="002E57EF">
        <w:rPr>
          <w:b/>
          <w:bCs/>
        </w:rPr>
        <w:t xml:space="preserve">Innovation and </w:t>
      </w:r>
      <w:r w:rsidRPr="00850105">
        <w:rPr>
          <w:rFonts w:cstheme="majorHAnsi"/>
          <w:b/>
          <w:bCs/>
        </w:rPr>
        <w:t xml:space="preserve">Audience </w:t>
      </w:r>
      <w:r w:rsidRPr="00850105">
        <w:rPr>
          <w:b/>
          <w:bCs/>
        </w:rPr>
        <w:t>Development Plan</w:t>
      </w:r>
      <w:r w:rsidR="00153813">
        <w:rPr>
          <w:b/>
          <w:bCs/>
        </w:rPr>
        <w:t xml:space="preserve"> (</w:t>
      </w:r>
      <w:r w:rsidR="00153813" w:rsidRPr="00184AA3">
        <w:rPr>
          <w:i/>
          <w:iCs/>
        </w:rPr>
        <w:t xml:space="preserve">This area includes the development of innovative digital content formats or interactive tools designed to increase user engagement. </w:t>
      </w:r>
      <w:r w:rsidR="00184AA3" w:rsidRPr="00184AA3">
        <w:rPr>
          <w:i/>
          <w:iCs/>
        </w:rPr>
        <w:t xml:space="preserve">Innovation is defined as the introduction of a new or significantly adapted tool, format, workflow, or product that is new to your </w:t>
      </w:r>
      <w:proofErr w:type="spellStart"/>
      <w:r w:rsidR="00184AA3" w:rsidRPr="00184AA3">
        <w:rPr>
          <w:i/>
          <w:iCs/>
        </w:rPr>
        <w:t>organisation</w:t>
      </w:r>
      <w:proofErr w:type="spellEnd"/>
      <w:r w:rsidR="00184AA3" w:rsidRPr="00184AA3">
        <w:rPr>
          <w:i/>
          <w:iCs/>
        </w:rPr>
        <w:t xml:space="preserve">, even if already used elsewhere.  Innovation may be based on a previously tested pilot or internal trial. </w:t>
      </w:r>
      <w:r w:rsidR="00153813" w:rsidRPr="00184AA3">
        <w:rPr>
          <w:i/>
          <w:iCs/>
        </w:rPr>
        <w:t xml:space="preserve">Innovations could include launching a podcast series, using gamification in news delivery, creating data </w:t>
      </w:r>
      <w:proofErr w:type="spellStart"/>
      <w:r w:rsidR="00153813" w:rsidRPr="00184AA3">
        <w:rPr>
          <w:i/>
          <w:iCs/>
        </w:rPr>
        <w:t>visualisations</w:t>
      </w:r>
      <w:proofErr w:type="spellEnd"/>
      <w:r w:rsidR="00153813" w:rsidRPr="00184AA3">
        <w:rPr>
          <w:i/>
          <w:iCs/>
        </w:rPr>
        <w:t>, building chatbots, etc</w:t>
      </w:r>
      <w:r w:rsidR="00153813">
        <w:t>.)</w:t>
      </w:r>
    </w:p>
    <w:p w14:paraId="16128C00" w14:textId="7F9D0A54" w:rsidR="0012266A" w:rsidRDefault="008814D1" w:rsidP="00246325">
      <w:pPr>
        <w:ind w:left="720" w:hanging="720"/>
        <w:contextualSpacing/>
        <w:jc w:val="both"/>
      </w:pPr>
      <w:r>
        <w:t xml:space="preserve"> </w:t>
      </w:r>
    </w:p>
    <w:p w14:paraId="4159CD96" w14:textId="28AE907B" w:rsidR="00D50514" w:rsidRDefault="00D50514" w:rsidP="00184AA3">
      <w:pPr>
        <w:pStyle w:val="ListParagraph"/>
        <w:numPr>
          <w:ilvl w:val="0"/>
          <w:numId w:val="15"/>
        </w:numPr>
        <w:jc w:val="both"/>
      </w:pPr>
      <w:r>
        <w:t xml:space="preserve">What type of innovative </w:t>
      </w:r>
      <w:r w:rsidR="00184AA3">
        <w:t xml:space="preserve">format, </w:t>
      </w:r>
      <w:r>
        <w:t>content</w:t>
      </w:r>
      <w:r w:rsidR="00184AA3">
        <w:t xml:space="preserve"> or tool</w:t>
      </w:r>
      <w:r>
        <w:t xml:space="preserve"> will be developed? Please describe it.</w:t>
      </w:r>
    </w:p>
    <w:p w14:paraId="6F48741A" w14:textId="0C894885" w:rsidR="00184AA3" w:rsidRDefault="000B2261" w:rsidP="00184AA3">
      <w:pPr>
        <w:pStyle w:val="ListParagraph"/>
        <w:numPr>
          <w:ilvl w:val="0"/>
          <w:numId w:val="15"/>
        </w:numPr>
        <w:jc w:val="both"/>
      </w:pPr>
      <w:r>
        <w:t>H</w:t>
      </w:r>
      <w:r w:rsidR="00184AA3" w:rsidRPr="00B95936">
        <w:t>ow you intend to reach new users while maintaining relevance and quality for your existing audience</w:t>
      </w:r>
      <w:r w:rsidR="00184AA3">
        <w:t>.</w:t>
      </w:r>
    </w:p>
    <w:p w14:paraId="2D30D6A0" w14:textId="77777777" w:rsidR="00D50514" w:rsidRDefault="00D50514" w:rsidP="00D50514">
      <w:pPr>
        <w:pStyle w:val="ListParagraph"/>
        <w:numPr>
          <w:ilvl w:val="0"/>
          <w:numId w:val="15"/>
        </w:numPr>
      </w:pPr>
      <w:r>
        <w:t>How will it be produced and distributed? Please describe it.</w:t>
      </w:r>
    </w:p>
    <w:p w14:paraId="200A12AF" w14:textId="063182DC" w:rsidR="004E2A4C" w:rsidRPr="001F60CB" w:rsidRDefault="00D50514" w:rsidP="008550B0">
      <w:pPr>
        <w:pStyle w:val="ListParagraph"/>
        <w:numPr>
          <w:ilvl w:val="0"/>
          <w:numId w:val="15"/>
        </w:numPr>
        <w:rPr>
          <w:b/>
          <w:lang w:val="en-GB"/>
        </w:rPr>
      </w:pPr>
      <w:r>
        <w:t>What are expected results (views, users, impact) and how will they be measured?</w:t>
      </w:r>
    </w:p>
    <w:p w14:paraId="744D5B22" w14:textId="6CD62C90" w:rsidR="00E270B3" w:rsidRPr="001F60CB" w:rsidRDefault="00E270B3" w:rsidP="001F60CB">
      <w:pPr>
        <w:pStyle w:val="ListParagraph"/>
        <w:rPr>
          <w:b/>
        </w:rPr>
      </w:pPr>
    </w:p>
    <w:p w14:paraId="74F9A58E" w14:textId="77777777" w:rsidR="00BF2C41" w:rsidRDefault="00D50514" w:rsidP="00BF2C41">
      <w:pPr>
        <w:rPr>
          <w:i/>
          <w:iCs/>
        </w:rPr>
      </w:pPr>
      <w:r w:rsidRPr="00BF2C41">
        <w:rPr>
          <w:b/>
          <w:bCs/>
        </w:rPr>
        <w:t xml:space="preserve">c) </w:t>
      </w:r>
      <w:r w:rsidRPr="00BF2C41">
        <w:rPr>
          <w:rFonts w:cstheme="majorHAnsi"/>
          <w:b/>
          <w:bCs/>
        </w:rPr>
        <w:t xml:space="preserve">Digital Transformation &amp; </w:t>
      </w:r>
      <w:proofErr w:type="spellStart"/>
      <w:r w:rsidRPr="00BF2C41">
        <w:rPr>
          <w:rFonts w:cstheme="majorHAnsi"/>
          <w:b/>
          <w:bCs/>
        </w:rPr>
        <w:t>Organisational</w:t>
      </w:r>
      <w:proofErr w:type="spellEnd"/>
      <w:r w:rsidRPr="00BF2C41">
        <w:rPr>
          <w:rFonts w:cstheme="majorHAnsi"/>
          <w:b/>
          <w:bCs/>
        </w:rPr>
        <w:t xml:space="preserve"> Development</w:t>
      </w:r>
      <w:r w:rsidRPr="00BF2C41" w:rsidDel="00B91B69">
        <w:rPr>
          <w:b/>
          <w:bCs/>
        </w:rPr>
        <w:t xml:space="preserve"> </w:t>
      </w:r>
      <w:r w:rsidR="00BF2C41">
        <w:rPr>
          <w:b/>
          <w:bCs/>
        </w:rPr>
        <w:t>(</w:t>
      </w:r>
      <w:r w:rsidR="00BF2C41" w:rsidRPr="007F5C44">
        <w:rPr>
          <w:i/>
          <w:iCs/>
        </w:rPr>
        <w:t xml:space="preserve">This refers to internal changes that improve a media outlet's operational efficiency and resilience. </w:t>
      </w:r>
      <w:proofErr w:type="spellStart"/>
      <w:r w:rsidR="00BF2C41" w:rsidRPr="007F5C44">
        <w:rPr>
          <w:i/>
          <w:iCs/>
        </w:rPr>
        <w:t>Digitalisation</w:t>
      </w:r>
      <w:proofErr w:type="spellEnd"/>
      <w:r w:rsidR="00BF2C41" w:rsidRPr="007F5C44">
        <w:rPr>
          <w:i/>
          <w:iCs/>
        </w:rPr>
        <w:t xml:space="preserve"> can cover newsroom workflows, audience analytics systems, or infrastructure upgrades</w:t>
      </w:r>
      <w:r w:rsidR="00BF2C41">
        <w:rPr>
          <w:i/>
          <w:iCs/>
        </w:rPr>
        <w:t xml:space="preserve">. </w:t>
      </w:r>
      <w:r w:rsidR="00BF2C41" w:rsidRPr="007F5C44">
        <w:rPr>
          <w:i/>
          <w:iCs/>
        </w:rPr>
        <w:t xml:space="preserve">Activities could include staff restructuring, role redefinition, introducing editorial planning tools, implementing content management systems, cross-department coordination, </w:t>
      </w:r>
      <w:proofErr w:type="gramStart"/>
      <w:r w:rsidR="00BF2C41" w:rsidRPr="007F5C44">
        <w:rPr>
          <w:i/>
          <w:iCs/>
        </w:rPr>
        <w:t xml:space="preserve">etc. </w:t>
      </w:r>
      <w:r w:rsidR="00BF2C41">
        <w:rPr>
          <w:i/>
          <w:iCs/>
        </w:rPr>
        <w:t>)</w:t>
      </w:r>
      <w:proofErr w:type="gramEnd"/>
    </w:p>
    <w:p w14:paraId="40A2E118" w14:textId="00F89674" w:rsidR="00D50514" w:rsidRPr="00BF2C41" w:rsidRDefault="00D50514" w:rsidP="00BF2C41">
      <w:pPr>
        <w:pStyle w:val="ListParagraph"/>
        <w:numPr>
          <w:ilvl w:val="0"/>
          <w:numId w:val="15"/>
        </w:numPr>
        <w:rPr>
          <w:lang w:val="en-GB"/>
        </w:rPr>
      </w:pPr>
      <w:r w:rsidRPr="00BF2C41">
        <w:rPr>
          <w:lang w:val="en-GB"/>
        </w:rPr>
        <w:t>What internal changes (tools, teams, workflows) will be made? Please describe them.</w:t>
      </w:r>
    </w:p>
    <w:p w14:paraId="43A238B3" w14:textId="01AF7792" w:rsidR="00D50514" w:rsidRDefault="00D50514" w:rsidP="00BF2C41">
      <w:pPr>
        <w:pStyle w:val="ListParagraph"/>
        <w:numPr>
          <w:ilvl w:val="0"/>
          <w:numId w:val="15"/>
        </w:numPr>
        <w:rPr>
          <w:lang w:val="en-GB"/>
        </w:rPr>
      </w:pPr>
      <w:r w:rsidRPr="00BF2C41">
        <w:rPr>
          <w:lang w:val="en-GB"/>
        </w:rPr>
        <w:t xml:space="preserve">How will this improve the organisational performance, efficiency and </w:t>
      </w:r>
      <w:r w:rsidR="003603A0" w:rsidRPr="00BF2C41">
        <w:rPr>
          <w:lang w:val="en-GB"/>
        </w:rPr>
        <w:t>resilience</w:t>
      </w:r>
      <w:r w:rsidRPr="00BF2C41">
        <w:rPr>
          <w:lang w:val="en-GB"/>
        </w:rPr>
        <w:t xml:space="preserve">? </w:t>
      </w:r>
    </w:p>
    <w:p w14:paraId="3AEF7027" w14:textId="77777777" w:rsidR="00DD79E3" w:rsidRPr="00BF2C41" w:rsidRDefault="00DD79E3" w:rsidP="00FC2130">
      <w:pPr>
        <w:pStyle w:val="ListParagraph"/>
        <w:rPr>
          <w:lang w:val="en-GB"/>
        </w:rPr>
      </w:pPr>
    </w:p>
    <w:p w14:paraId="56BB1A21" w14:textId="22712381" w:rsidR="00D50514" w:rsidRPr="00850105" w:rsidRDefault="00D50514" w:rsidP="00D50514">
      <w:pPr>
        <w:rPr>
          <w:b/>
          <w:bCs/>
          <w:lang w:val="en-GB"/>
        </w:rPr>
      </w:pPr>
      <w:r w:rsidRPr="00850105">
        <w:rPr>
          <w:b/>
          <w:bCs/>
          <w:lang w:val="en-GB"/>
        </w:rPr>
        <w:t xml:space="preserve">d) </w:t>
      </w:r>
      <w:r w:rsidR="00B66210" w:rsidRPr="00850105">
        <w:rPr>
          <w:b/>
          <w:bCs/>
          <w:lang w:val="en-GB"/>
        </w:rPr>
        <w:t>Collaboration</w:t>
      </w:r>
      <w:r w:rsidR="00FC2130">
        <w:rPr>
          <w:b/>
          <w:bCs/>
          <w:lang w:val="en-GB"/>
        </w:rPr>
        <w:t xml:space="preserve"> and</w:t>
      </w:r>
      <w:r w:rsidRPr="00850105">
        <w:rPr>
          <w:b/>
          <w:bCs/>
          <w:lang w:val="en-GB"/>
        </w:rPr>
        <w:t xml:space="preserve"> Networking</w:t>
      </w:r>
      <w:r w:rsidR="00FC2130">
        <w:rPr>
          <w:b/>
          <w:bCs/>
          <w:lang w:val="en-GB"/>
        </w:rPr>
        <w:t xml:space="preserve"> (</w:t>
      </w:r>
      <w:r w:rsidR="00AB61C8">
        <w:rPr>
          <w:i/>
          <w:iCs/>
        </w:rPr>
        <w:t>Ini</w:t>
      </w:r>
      <w:r w:rsidR="006D71DC">
        <w:rPr>
          <w:i/>
          <w:iCs/>
        </w:rPr>
        <w:t>tiatives</w:t>
      </w:r>
      <w:r w:rsidR="00FC2130" w:rsidRPr="00083C4E">
        <w:rPr>
          <w:i/>
          <w:iCs/>
        </w:rPr>
        <w:t xml:space="preserve"> in this area should aim to build or strengthen local and regional partnerships between media outlets or between media and other sectors (e.g. academia, tech, civil society), networking, alliances, etc</w:t>
      </w:r>
      <w:r w:rsidR="00FC2130">
        <w:rPr>
          <w:i/>
          <w:iCs/>
        </w:rPr>
        <w:t>.)</w:t>
      </w:r>
    </w:p>
    <w:p w14:paraId="60343C44" w14:textId="77777777" w:rsidR="00D50514" w:rsidRDefault="00D50514" w:rsidP="00D50514">
      <w:pPr>
        <w:pStyle w:val="ListParagraph"/>
        <w:numPr>
          <w:ilvl w:val="0"/>
          <w:numId w:val="15"/>
        </w:numPr>
        <w:rPr>
          <w:lang w:val="en-GB"/>
        </w:rPr>
      </w:pPr>
      <w:r w:rsidRPr="00850105">
        <w:rPr>
          <w:lang w:val="en-GB"/>
        </w:rPr>
        <w:t>How will the collaboration structure look like? Please describe it.</w:t>
      </w:r>
    </w:p>
    <w:p w14:paraId="35937B72" w14:textId="77777777" w:rsidR="00BF2296" w:rsidRPr="00850105" w:rsidRDefault="00BF2296" w:rsidP="00BF2296">
      <w:pPr>
        <w:pStyle w:val="ListParagraph"/>
        <w:numPr>
          <w:ilvl w:val="0"/>
          <w:numId w:val="15"/>
        </w:numPr>
        <w:rPr>
          <w:lang w:val="en-GB"/>
        </w:rPr>
      </w:pPr>
      <w:r w:rsidRPr="00850105">
        <w:rPr>
          <w:lang w:val="en-GB"/>
        </w:rPr>
        <w:t xml:space="preserve">What kind of joint actions are planned and what is the goal? </w:t>
      </w:r>
    </w:p>
    <w:p w14:paraId="75F38D9E" w14:textId="77777777" w:rsidR="00BF2296" w:rsidRPr="00850105" w:rsidRDefault="00BF2296" w:rsidP="00BF2296">
      <w:pPr>
        <w:pStyle w:val="ListParagraph"/>
        <w:numPr>
          <w:ilvl w:val="0"/>
          <w:numId w:val="15"/>
        </w:numPr>
        <w:rPr>
          <w:lang w:val="en-GB"/>
        </w:rPr>
      </w:pPr>
      <w:r w:rsidRPr="00850105">
        <w:rPr>
          <w:lang w:val="en-GB"/>
        </w:rPr>
        <w:t xml:space="preserve">Who will participate and who will benefit? </w:t>
      </w:r>
    </w:p>
    <w:p w14:paraId="620BAA9F" w14:textId="35647F4A" w:rsidR="00EB5B87" w:rsidRDefault="00D676CA" w:rsidP="001F60CB">
      <w:pPr>
        <w:jc w:val="both"/>
        <w:rPr>
          <w:b/>
          <w:bCs/>
          <w:sz w:val="24"/>
          <w:szCs w:val="24"/>
        </w:rPr>
      </w:pPr>
      <w:r w:rsidRPr="00223565">
        <w:rPr>
          <w:i/>
          <w:iCs/>
          <w:color w:val="000000"/>
        </w:rPr>
        <w:t>Applicants should specify roles, responsibilities, communication tools, legal/financial arrangements, and the expected added value of such cooperation for audiences, content quality, and sustainability.</w:t>
      </w:r>
    </w:p>
    <w:p w14:paraId="2FF013E1" w14:textId="62660C0C" w:rsidR="00A83297" w:rsidRDefault="00C96270" w:rsidP="00B66210">
      <w:r>
        <w:rPr>
          <w:b/>
          <w:bCs/>
          <w:sz w:val="24"/>
          <w:szCs w:val="24"/>
        </w:rPr>
        <w:lastRenderedPageBreak/>
        <w:t>6</w:t>
      </w:r>
      <w:r w:rsidR="00A83297" w:rsidRPr="00B66210">
        <w:rPr>
          <w:b/>
          <w:bCs/>
          <w:sz w:val="24"/>
          <w:szCs w:val="24"/>
        </w:rPr>
        <w:t>.</w:t>
      </w:r>
      <w:r w:rsidR="00A94C0F">
        <w:rPr>
          <w:b/>
          <w:bCs/>
          <w:sz w:val="24"/>
          <w:szCs w:val="24"/>
        </w:rPr>
        <w:t>8</w:t>
      </w:r>
      <w:r w:rsidR="00A83297" w:rsidRPr="00B66210">
        <w:rPr>
          <w:b/>
          <w:bCs/>
          <w:sz w:val="24"/>
          <w:szCs w:val="24"/>
        </w:rPr>
        <w:t xml:space="preserve"> Outcomes and Milestones</w:t>
      </w:r>
      <w:r w:rsidR="00A83297">
        <w:t xml:space="preserve"> </w:t>
      </w:r>
    </w:p>
    <w:p w14:paraId="283764DF" w14:textId="58CA3910" w:rsidR="00A83297" w:rsidRPr="00091871" w:rsidRDefault="00A83297" w:rsidP="00B66210">
      <w:pPr>
        <w:jc w:val="both"/>
        <w:rPr>
          <w:i/>
        </w:rPr>
      </w:pPr>
      <w:r w:rsidRPr="000E3ECE">
        <w:t>List below the expected Outcomes:</w:t>
      </w:r>
      <w:r>
        <w:t xml:space="preserve"> </w:t>
      </w:r>
      <w:r w:rsidRPr="00091871">
        <w:rPr>
          <w:i/>
        </w:rPr>
        <w:t xml:space="preserve">Changes you aim for your media organizations toward economic sustainability and business growth, and milestones you want to reach (including </w:t>
      </w:r>
      <w:proofErr w:type="gramStart"/>
      <w:r w:rsidRPr="00091871">
        <w:rPr>
          <w:i/>
        </w:rPr>
        <w:t>benchmarks</w:t>
      </w:r>
      <w:r w:rsidR="00A97EF5">
        <w:rPr>
          <w:i/>
        </w:rPr>
        <w:t xml:space="preserve"> :</w:t>
      </w:r>
      <w:proofErr w:type="gramEnd"/>
      <w:r w:rsidR="0089347E">
        <w:rPr>
          <w:i/>
        </w:rPr>
        <w:t xml:space="preserve"> quarterly- </w:t>
      </w:r>
      <w:r w:rsidR="00A97EF5">
        <w:rPr>
          <w:i/>
        </w:rPr>
        <w:t>semiannually</w:t>
      </w:r>
      <w:r w:rsidRPr="00091871">
        <w:rPr>
          <w:i/>
        </w:rPr>
        <w:t>), within the implementation period.</w:t>
      </w:r>
    </w:p>
    <w:p w14:paraId="6D7CB3D5" w14:textId="77777777" w:rsidR="00A83297" w:rsidRPr="000A4C5B" w:rsidRDefault="00A83297" w:rsidP="001F60CB">
      <w:pPr>
        <w:pStyle w:val="ListParagraph"/>
        <w:numPr>
          <w:ilvl w:val="0"/>
          <w:numId w:val="28"/>
        </w:numPr>
        <w:rPr>
          <w:b/>
          <w:bCs/>
        </w:rPr>
      </w:pPr>
      <w:r w:rsidRPr="000A4C5B">
        <w:rPr>
          <w:b/>
          <w:bCs/>
        </w:rPr>
        <w:t>Outcome 1:</w:t>
      </w:r>
    </w:p>
    <w:p w14:paraId="640BD150" w14:textId="77777777" w:rsidR="00A83297" w:rsidRPr="000A4C5B" w:rsidRDefault="00A83297" w:rsidP="001F60CB">
      <w:pPr>
        <w:pStyle w:val="ListParagraph"/>
        <w:numPr>
          <w:ilvl w:val="0"/>
          <w:numId w:val="28"/>
        </w:numPr>
        <w:rPr>
          <w:b/>
          <w:bCs/>
        </w:rPr>
      </w:pPr>
      <w:r w:rsidRPr="000A4C5B">
        <w:rPr>
          <w:b/>
          <w:bCs/>
        </w:rPr>
        <w:t>Outcome 2:</w:t>
      </w:r>
    </w:p>
    <w:p w14:paraId="3D4DFED2" w14:textId="672B15A5" w:rsidR="00876DFA" w:rsidRPr="000A4C5B" w:rsidRDefault="00876DFA" w:rsidP="001F60CB">
      <w:pPr>
        <w:pStyle w:val="ListParagraph"/>
        <w:numPr>
          <w:ilvl w:val="0"/>
          <w:numId w:val="28"/>
        </w:numPr>
        <w:rPr>
          <w:b/>
          <w:bCs/>
        </w:rPr>
      </w:pPr>
      <w:r w:rsidRPr="000A4C5B">
        <w:rPr>
          <w:b/>
          <w:bCs/>
        </w:rPr>
        <w:t>..</w:t>
      </w:r>
    </w:p>
    <w:p w14:paraId="41CCFFBA" w14:textId="3810C21C" w:rsidR="009E744D" w:rsidRDefault="009E744D" w:rsidP="00B66210">
      <w:pPr>
        <w:jc w:val="both"/>
      </w:pPr>
      <w:r>
        <w:t xml:space="preserve">Additionally fill out </w:t>
      </w:r>
      <w:r w:rsidRPr="009E744D">
        <w:rPr>
          <w:b/>
          <w:bCs/>
        </w:rPr>
        <w:t>AN</w:t>
      </w:r>
      <w:r w:rsidR="00F263F7">
        <w:rPr>
          <w:b/>
          <w:bCs/>
        </w:rPr>
        <w:t>N</w:t>
      </w:r>
      <w:r w:rsidRPr="009E744D">
        <w:rPr>
          <w:b/>
          <w:bCs/>
        </w:rPr>
        <w:t xml:space="preserve">EX </w:t>
      </w:r>
      <w:r w:rsidR="00B65B60">
        <w:rPr>
          <w:b/>
          <w:bCs/>
        </w:rPr>
        <w:t>1</w:t>
      </w:r>
      <w:r w:rsidR="00B65B60">
        <w:t xml:space="preserve"> </w:t>
      </w:r>
      <w:r>
        <w:t xml:space="preserve">(Key Performance Indicators) </w:t>
      </w:r>
    </w:p>
    <w:p w14:paraId="00E9A428" w14:textId="77777777" w:rsidR="00D50514" w:rsidRDefault="00D50514" w:rsidP="007C58B0">
      <w:pPr>
        <w:rPr>
          <w:b/>
          <w:bCs/>
          <w:sz w:val="24"/>
          <w:szCs w:val="24"/>
        </w:rPr>
      </w:pPr>
    </w:p>
    <w:p w14:paraId="3A75BC01" w14:textId="6985A523" w:rsidR="007C58B0" w:rsidRPr="00B66210" w:rsidRDefault="006D378E" w:rsidP="007C58B0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392857">
        <w:rPr>
          <w:b/>
          <w:bCs/>
          <w:sz w:val="24"/>
          <w:szCs w:val="24"/>
        </w:rPr>
        <w:t>.</w:t>
      </w:r>
      <w:r w:rsidR="00A94C0F">
        <w:rPr>
          <w:b/>
          <w:bCs/>
          <w:sz w:val="24"/>
          <w:szCs w:val="24"/>
        </w:rPr>
        <w:t>9</w:t>
      </w:r>
      <w:r w:rsidR="007C58B0" w:rsidRPr="00B66210">
        <w:rPr>
          <w:b/>
          <w:sz w:val="24"/>
          <w:szCs w:val="24"/>
        </w:rPr>
        <w:t xml:space="preserve"> Key Activities </w:t>
      </w:r>
      <w:r w:rsidR="00722631">
        <w:rPr>
          <w:b/>
          <w:bCs/>
          <w:sz w:val="24"/>
          <w:szCs w:val="24"/>
        </w:rPr>
        <w:t xml:space="preserve">and </w:t>
      </w:r>
      <w:r w:rsidR="00665E44">
        <w:rPr>
          <w:b/>
          <w:bCs/>
          <w:sz w:val="24"/>
          <w:szCs w:val="24"/>
        </w:rPr>
        <w:t>O</w:t>
      </w:r>
      <w:r w:rsidR="00722631">
        <w:rPr>
          <w:b/>
          <w:bCs/>
          <w:sz w:val="24"/>
          <w:szCs w:val="24"/>
        </w:rPr>
        <w:t>utputs</w:t>
      </w:r>
    </w:p>
    <w:p w14:paraId="51BA5412" w14:textId="775299BD" w:rsidR="007C58B0" w:rsidRPr="00B66210" w:rsidRDefault="007C58B0" w:rsidP="007C58B0">
      <w:pPr>
        <w:rPr>
          <w:i/>
        </w:rPr>
      </w:pPr>
      <w:r w:rsidRPr="00B66210">
        <w:rPr>
          <w:i/>
        </w:rPr>
        <w:t xml:space="preserve">List the main actions you will take to implement the </w:t>
      </w:r>
      <w:r w:rsidR="006D378E">
        <w:rPr>
          <w:i/>
        </w:rPr>
        <w:t>Project</w:t>
      </w:r>
      <w:r w:rsidR="009C01B0" w:rsidRPr="00B66210">
        <w:rPr>
          <w:i/>
        </w:rPr>
        <w:t xml:space="preserve"> Proposal</w:t>
      </w:r>
      <w:r w:rsidR="00722631">
        <w:rPr>
          <w:i/>
          <w:iCs/>
        </w:rPr>
        <w:t xml:space="preserve"> and the expected outputs</w:t>
      </w:r>
      <w:r w:rsidR="00A63F58">
        <w:rPr>
          <w:rStyle w:val="FootnoteReference"/>
          <w:i/>
          <w:iCs/>
        </w:rPr>
        <w:footnoteReference w:id="3"/>
      </w:r>
      <w:r w:rsidR="00722631">
        <w:rPr>
          <w:i/>
          <w:iCs/>
        </w:rPr>
        <w:t>.</w:t>
      </w:r>
    </w:p>
    <w:p w14:paraId="428AC31F" w14:textId="1CC974F7" w:rsidR="0016204F" w:rsidRPr="00883BCD" w:rsidRDefault="0016204F" w:rsidP="001F60CB">
      <w:pPr>
        <w:pStyle w:val="ListParagraph"/>
        <w:numPr>
          <w:ilvl w:val="0"/>
          <w:numId w:val="27"/>
        </w:numPr>
        <w:jc w:val="both"/>
        <w:rPr>
          <w:i/>
        </w:rPr>
      </w:pPr>
      <w:r w:rsidRPr="00883BCD">
        <w:rPr>
          <w:b/>
          <w:i/>
        </w:rPr>
        <w:t>Activities:</w:t>
      </w:r>
    </w:p>
    <w:p w14:paraId="70D4B216" w14:textId="770DEA57" w:rsidR="0016204F" w:rsidRPr="00883BCD" w:rsidRDefault="0016204F" w:rsidP="001F60CB">
      <w:pPr>
        <w:pStyle w:val="ListParagraph"/>
        <w:numPr>
          <w:ilvl w:val="0"/>
          <w:numId w:val="27"/>
        </w:numPr>
        <w:jc w:val="both"/>
        <w:rPr>
          <w:b/>
          <w:i/>
        </w:rPr>
      </w:pPr>
      <w:r w:rsidRPr="00883BCD">
        <w:rPr>
          <w:b/>
          <w:i/>
        </w:rPr>
        <w:t>Outputs:</w:t>
      </w:r>
    </w:p>
    <w:p w14:paraId="136A4D09" w14:textId="77777777" w:rsidR="00E43326" w:rsidRDefault="00E43326" w:rsidP="00CE736C">
      <w:pPr>
        <w:jc w:val="both"/>
        <w:rPr>
          <w:i/>
          <w:iCs/>
        </w:rPr>
      </w:pPr>
    </w:p>
    <w:p w14:paraId="2C7298CB" w14:textId="776DFEDC" w:rsidR="00CE736C" w:rsidRPr="004F0944" w:rsidRDefault="00233CD5" w:rsidP="00CE736C">
      <w:pPr>
        <w:jc w:val="both"/>
      </w:pPr>
      <w:r>
        <w:rPr>
          <w:i/>
          <w:iCs/>
        </w:rPr>
        <w:t xml:space="preserve">Additionally fill out Anex </w:t>
      </w:r>
      <w:r w:rsidR="00B65B60">
        <w:rPr>
          <w:i/>
          <w:iCs/>
        </w:rPr>
        <w:t xml:space="preserve">2 </w:t>
      </w:r>
      <w:r w:rsidR="00CE736C">
        <w:rPr>
          <w:i/>
          <w:iCs/>
        </w:rPr>
        <w:t xml:space="preserve">(Action Plan) </w:t>
      </w:r>
      <w:r w:rsidR="00411E66">
        <w:t>by</w:t>
      </w:r>
      <w:r w:rsidR="00CE736C" w:rsidRPr="004F0944">
        <w:t xml:space="preserve"> provid</w:t>
      </w:r>
      <w:r w:rsidR="00411E66">
        <w:t>ing</w:t>
      </w:r>
      <w:r w:rsidR="00CE736C" w:rsidRPr="004F0944">
        <w:t xml:space="preserve"> a time frame for each of </w:t>
      </w:r>
      <w:r w:rsidR="0018318B">
        <w:t>the activities</w:t>
      </w:r>
      <w:r w:rsidR="00411E66">
        <w:t xml:space="preserve"> and </w:t>
      </w:r>
      <w:r w:rsidR="00962016">
        <w:t xml:space="preserve">by </w:t>
      </w:r>
      <w:r w:rsidR="00411E66">
        <w:t>indicating the respective outcome</w:t>
      </w:r>
      <w:r w:rsidR="001B5207">
        <w:t>.</w:t>
      </w:r>
    </w:p>
    <w:p w14:paraId="280FDA89" w14:textId="77777777" w:rsidR="008B6DBF" w:rsidRDefault="008B6DBF" w:rsidP="007C58B0">
      <w:pPr>
        <w:rPr>
          <w:i/>
          <w:iCs/>
        </w:rPr>
      </w:pPr>
    </w:p>
    <w:p w14:paraId="7A0ED8C6" w14:textId="41886CCD" w:rsidR="007C58B0" w:rsidRPr="00B66210" w:rsidRDefault="006D378E" w:rsidP="007C58B0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392857">
        <w:rPr>
          <w:b/>
          <w:bCs/>
          <w:sz w:val="24"/>
          <w:szCs w:val="24"/>
        </w:rPr>
        <w:t>.10</w:t>
      </w:r>
      <w:r w:rsidR="007C58B0" w:rsidRPr="00B66210">
        <w:rPr>
          <w:b/>
          <w:sz w:val="24"/>
          <w:szCs w:val="24"/>
        </w:rPr>
        <w:t xml:space="preserve"> Risk Assessment </w:t>
      </w:r>
    </w:p>
    <w:p w14:paraId="6DB96965" w14:textId="683A662E" w:rsidR="000577C7" w:rsidRDefault="007C58B0" w:rsidP="007C58B0">
      <w:r>
        <w:t>What</w:t>
      </w:r>
      <w:r w:rsidR="00C43BA0">
        <w:t xml:space="preserve"> are the potential risks </w:t>
      </w:r>
      <w:r w:rsidR="0088687B">
        <w:t xml:space="preserve">(external and internal) </w:t>
      </w:r>
      <w:r w:rsidR="00C43BA0">
        <w:t>for the implementation</w:t>
      </w:r>
      <w:r>
        <w:t xml:space="preserve">, and </w:t>
      </w:r>
      <w:r w:rsidR="00F95B76">
        <w:t xml:space="preserve">what </w:t>
      </w:r>
      <w:r w:rsidR="00AB6408">
        <w:t xml:space="preserve">risk </w:t>
      </w:r>
      <w:r w:rsidR="00F95B76">
        <w:t xml:space="preserve">mitigation measures </w:t>
      </w:r>
      <w:r w:rsidR="00EC3C7E">
        <w:t xml:space="preserve">have you </w:t>
      </w:r>
      <w:r w:rsidR="00AB6408">
        <w:t>considered</w:t>
      </w:r>
      <w:r>
        <w:t>?</w:t>
      </w:r>
    </w:p>
    <w:p w14:paraId="101751C9" w14:textId="77777777" w:rsidR="008B6DBF" w:rsidRDefault="008B6DBF" w:rsidP="007C58B0"/>
    <w:p w14:paraId="5EDA1237" w14:textId="40B35DD6" w:rsidR="00FF33BB" w:rsidRPr="00850105" w:rsidRDefault="006D378E" w:rsidP="00FF33B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392857">
        <w:rPr>
          <w:b/>
          <w:bCs/>
          <w:sz w:val="24"/>
          <w:szCs w:val="24"/>
        </w:rPr>
        <w:t>.1</w:t>
      </w:r>
      <w:r>
        <w:rPr>
          <w:b/>
          <w:bCs/>
          <w:sz w:val="24"/>
          <w:szCs w:val="24"/>
        </w:rPr>
        <w:t>1</w:t>
      </w:r>
      <w:r w:rsidR="00FF33BB" w:rsidRPr="00850105">
        <w:rPr>
          <w:b/>
          <w:bCs/>
          <w:sz w:val="24"/>
          <w:szCs w:val="24"/>
        </w:rPr>
        <w:t xml:space="preserve"> Impact and Public Benefit </w:t>
      </w:r>
    </w:p>
    <w:p w14:paraId="3FDA3492" w14:textId="3C23ABF7" w:rsidR="00B266DB" w:rsidRDefault="00FF33BB" w:rsidP="00592B94">
      <w:pPr>
        <w:ind w:left="720" w:hanging="720"/>
      </w:pPr>
      <w:r>
        <w:t>-</w:t>
      </w:r>
      <w:r>
        <w:tab/>
        <w:t xml:space="preserve">What </w:t>
      </w:r>
      <w:r w:rsidRPr="00850105">
        <w:t xml:space="preserve">impact </w:t>
      </w:r>
      <w:r w:rsidR="00F26E10">
        <w:t xml:space="preserve">will </w:t>
      </w:r>
      <w:r w:rsidR="009F2ABE">
        <w:t>this proposal</w:t>
      </w:r>
      <w:r w:rsidRPr="00850105">
        <w:t xml:space="preserve"> have on your media development</w:t>
      </w:r>
      <w:r w:rsidR="00592B94">
        <w:t xml:space="preserve"> and</w:t>
      </w:r>
      <w:r w:rsidR="00901A2D" w:rsidRPr="00F26E10">
        <w:t xml:space="preserve"> your media long-term sustainability?</w:t>
      </w:r>
      <w:r w:rsidR="00B266DB">
        <w:t xml:space="preserve"> </w:t>
      </w:r>
    </w:p>
    <w:p w14:paraId="4821144D" w14:textId="3F88F8AC" w:rsidR="009F2ABE" w:rsidRDefault="009F2ABE" w:rsidP="009F2ABE">
      <w:r w:rsidRPr="00F26E10">
        <w:t>-</w:t>
      </w:r>
      <w:r w:rsidRPr="00F26E10">
        <w:tab/>
      </w:r>
      <w:r w:rsidRPr="009F2ABE">
        <w:t>Explain the public benefit of your proposal</w:t>
      </w:r>
      <w:r w:rsidR="00DE56F8">
        <w:t>.</w:t>
      </w:r>
    </w:p>
    <w:p w14:paraId="3925B423" w14:textId="3814A770" w:rsidR="00742B4A" w:rsidRPr="00AB7747" w:rsidRDefault="00742B4A" w:rsidP="00F26E10">
      <w:pPr>
        <w:ind w:left="720" w:hanging="720"/>
        <w:rPr>
          <w:highlight w:val="yellow"/>
        </w:rPr>
      </w:pPr>
    </w:p>
    <w:p w14:paraId="7E793056" w14:textId="4F5D80B4" w:rsidR="00A72DAA" w:rsidRPr="00F26E10" w:rsidRDefault="006D378E" w:rsidP="00A72DA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055213">
        <w:rPr>
          <w:b/>
          <w:sz w:val="24"/>
          <w:szCs w:val="24"/>
        </w:rPr>
        <w:t>.1</w:t>
      </w:r>
      <w:r>
        <w:rPr>
          <w:b/>
          <w:sz w:val="24"/>
          <w:szCs w:val="24"/>
        </w:rPr>
        <w:t>2</w:t>
      </w:r>
      <w:r w:rsidR="00A72DAA" w:rsidRPr="00F26E10">
        <w:rPr>
          <w:b/>
          <w:sz w:val="24"/>
          <w:szCs w:val="24"/>
        </w:rPr>
        <w:t xml:space="preserve"> Capacity Development Needs</w:t>
      </w:r>
    </w:p>
    <w:p w14:paraId="5059620A" w14:textId="7FB7FB58" w:rsidR="00FE765B" w:rsidRPr="00F26E10" w:rsidRDefault="00FE765B" w:rsidP="00FE765B">
      <w:pPr>
        <w:rPr>
          <w:lang w:val="en-GB"/>
        </w:rPr>
      </w:pPr>
      <w:r w:rsidRPr="00F26E10">
        <w:rPr>
          <w:lang w:val="en-GB"/>
        </w:rPr>
        <w:lastRenderedPageBreak/>
        <w:t xml:space="preserve">What kind of additional expertise/support/ mentorship/trainings would you need for </w:t>
      </w:r>
      <w:r w:rsidR="00D948B4" w:rsidRPr="00F26E10">
        <w:rPr>
          <w:lang w:val="en-GB"/>
        </w:rPr>
        <w:t xml:space="preserve">your proposal </w:t>
      </w:r>
      <w:r w:rsidRPr="00F26E10">
        <w:rPr>
          <w:lang w:val="en-GB"/>
        </w:rPr>
        <w:t>implementation</w:t>
      </w:r>
      <w:r w:rsidR="00D948B4" w:rsidRPr="00F26E10">
        <w:rPr>
          <w:lang w:val="en-GB"/>
        </w:rPr>
        <w:t xml:space="preserve">? Please </w:t>
      </w:r>
      <w:r w:rsidR="00712FF6" w:rsidRPr="00F26E10">
        <w:rPr>
          <w:lang w:val="en-GB"/>
        </w:rPr>
        <w:t xml:space="preserve">specify the needs </w:t>
      </w:r>
      <w:r w:rsidR="002B11B5">
        <w:rPr>
          <w:lang w:val="en-GB"/>
        </w:rPr>
        <w:t xml:space="preserve">for consultancy </w:t>
      </w:r>
      <w:r w:rsidR="00712FF6" w:rsidRPr="00F26E10">
        <w:rPr>
          <w:lang w:val="en-GB"/>
        </w:rPr>
        <w:t xml:space="preserve">under each </w:t>
      </w:r>
      <w:r w:rsidR="00AA1953" w:rsidRPr="00F26E10">
        <w:rPr>
          <w:lang w:val="en-GB"/>
        </w:rPr>
        <w:t xml:space="preserve">focus </w:t>
      </w:r>
      <w:r w:rsidR="00797AD1" w:rsidRPr="00F26E10">
        <w:rPr>
          <w:lang w:val="en-GB"/>
        </w:rPr>
        <w:t>area</w:t>
      </w:r>
      <w:r w:rsidR="00ED3E45">
        <w:rPr>
          <w:lang w:val="en-GB"/>
        </w:rPr>
        <w:t xml:space="preserve"> that you will not </w:t>
      </w:r>
      <w:r w:rsidR="00753709">
        <w:rPr>
          <w:lang w:val="en-GB"/>
        </w:rPr>
        <w:t xml:space="preserve">be able to </w:t>
      </w:r>
      <w:r w:rsidR="00ED3E45">
        <w:rPr>
          <w:lang w:val="en-GB"/>
        </w:rPr>
        <w:t xml:space="preserve">cover with the </w:t>
      </w:r>
      <w:r w:rsidR="002B11B5">
        <w:rPr>
          <w:lang w:val="en-GB"/>
        </w:rPr>
        <w:t xml:space="preserve">requested </w:t>
      </w:r>
      <w:proofErr w:type="gramStart"/>
      <w:r w:rsidR="002B11B5">
        <w:rPr>
          <w:lang w:val="en-GB"/>
        </w:rPr>
        <w:t>budget :</w:t>
      </w:r>
      <w:proofErr w:type="gramEnd"/>
    </w:p>
    <w:p w14:paraId="19754384" w14:textId="15D14EB3" w:rsidR="00AA1953" w:rsidRDefault="00AA1953" w:rsidP="00F26E10">
      <w:pPr>
        <w:pStyle w:val="ListParagraph"/>
        <w:numPr>
          <w:ilvl w:val="0"/>
          <w:numId w:val="21"/>
        </w:numPr>
      </w:pPr>
      <w:r>
        <w:t>Business Model Development</w:t>
      </w:r>
      <w:r w:rsidR="00E36CEE">
        <w:t>:</w:t>
      </w:r>
    </w:p>
    <w:p w14:paraId="69D8D3E5" w14:textId="77777777" w:rsidR="00EF5E29" w:rsidRDefault="00EF5E29" w:rsidP="001F60CB">
      <w:pPr>
        <w:pStyle w:val="ListParagraph"/>
      </w:pPr>
    </w:p>
    <w:p w14:paraId="412C8141" w14:textId="3518DE61" w:rsidR="00EF5E29" w:rsidRDefault="00AA1953" w:rsidP="00EF5E29">
      <w:pPr>
        <w:pStyle w:val="ListParagraph"/>
        <w:numPr>
          <w:ilvl w:val="0"/>
          <w:numId w:val="21"/>
        </w:numPr>
      </w:pPr>
      <w:r>
        <w:t>Digital Innovation and Audience Engagement</w:t>
      </w:r>
      <w:r w:rsidR="00E36CEE">
        <w:t>:</w:t>
      </w:r>
      <w:r w:rsidR="00EF5E29">
        <w:br/>
      </w:r>
    </w:p>
    <w:p w14:paraId="53D181D9" w14:textId="30E74B8E" w:rsidR="00AA1953" w:rsidRDefault="00AA1953" w:rsidP="00F26E10">
      <w:pPr>
        <w:pStyle w:val="ListParagraph"/>
        <w:numPr>
          <w:ilvl w:val="0"/>
          <w:numId w:val="21"/>
        </w:numPr>
      </w:pPr>
      <w:proofErr w:type="spellStart"/>
      <w:r>
        <w:t>Organisational</w:t>
      </w:r>
      <w:proofErr w:type="spellEnd"/>
      <w:r>
        <w:t xml:space="preserve"> Development and </w:t>
      </w:r>
      <w:proofErr w:type="spellStart"/>
      <w:r>
        <w:t>Digitalisation</w:t>
      </w:r>
      <w:proofErr w:type="spellEnd"/>
      <w:r w:rsidR="00E36CEE">
        <w:t>:</w:t>
      </w:r>
    </w:p>
    <w:p w14:paraId="0209AC1A" w14:textId="77777777" w:rsidR="00EF5E29" w:rsidRDefault="00EF5E29" w:rsidP="001F60CB">
      <w:pPr>
        <w:pStyle w:val="ListParagraph"/>
      </w:pPr>
    </w:p>
    <w:p w14:paraId="6F9249EA" w14:textId="7C0A9998" w:rsidR="00EF5E29" w:rsidRDefault="00AA1953" w:rsidP="001F60CB">
      <w:pPr>
        <w:pStyle w:val="ListParagraph"/>
        <w:numPr>
          <w:ilvl w:val="0"/>
          <w:numId w:val="21"/>
        </w:numPr>
      </w:pPr>
      <w:r>
        <w:t>Regional Collaboration and/or networking</w:t>
      </w:r>
      <w:r w:rsidR="00E36CEE">
        <w:t>:</w:t>
      </w:r>
      <w:r w:rsidR="00EF5E29">
        <w:br/>
      </w:r>
    </w:p>
    <w:p w14:paraId="335032F4" w14:textId="785E5C06" w:rsidR="00E36CEE" w:rsidRDefault="00E36CEE" w:rsidP="00F26E10">
      <w:pPr>
        <w:pStyle w:val="ListParagraph"/>
        <w:numPr>
          <w:ilvl w:val="0"/>
          <w:numId w:val="21"/>
        </w:numPr>
      </w:pPr>
      <w:r>
        <w:t xml:space="preserve">Other needs: </w:t>
      </w:r>
    </w:p>
    <w:p w14:paraId="7BC3BC93" w14:textId="47CFDFA7" w:rsidR="00A72DAA" w:rsidRPr="004F0944" w:rsidRDefault="00A72DAA" w:rsidP="00A72DAA">
      <w:pPr>
        <w:jc w:val="both"/>
      </w:pPr>
      <w:r w:rsidRPr="004F0944">
        <w:t xml:space="preserve">Please specify and include capacity development which addresses both institutional as well as </w:t>
      </w:r>
      <w:r w:rsidR="005C6225">
        <w:t>knowledge development</w:t>
      </w:r>
      <w:r w:rsidRPr="004F0944">
        <w:t xml:space="preserve"> needs for the </w:t>
      </w:r>
      <w:proofErr w:type="spellStart"/>
      <w:r w:rsidRPr="004F0944">
        <w:t>organisation</w:t>
      </w:r>
      <w:proofErr w:type="spellEnd"/>
      <w:r w:rsidRPr="004F0944">
        <w:t xml:space="preserve"> and its staff. </w:t>
      </w:r>
    </w:p>
    <w:p w14:paraId="1E565C8E" w14:textId="4FD3DCBA" w:rsidR="00A72DAA" w:rsidRPr="004F0944" w:rsidRDefault="00A72DAA" w:rsidP="00A72DAA">
      <w:pPr>
        <w:jc w:val="both"/>
      </w:pPr>
      <w:r w:rsidRPr="004F0944">
        <w:rPr>
          <w:i/>
        </w:rPr>
        <w:t xml:space="preserve">This information will help to set the mentorship plan during grant implementation, as well as the design of additional capacity building activities and </w:t>
      </w:r>
      <w:r w:rsidR="005C6225" w:rsidRPr="004F0944">
        <w:rPr>
          <w:i/>
        </w:rPr>
        <w:t>training</w:t>
      </w:r>
      <w:r w:rsidRPr="004F0944">
        <w:rPr>
          <w:i/>
        </w:rPr>
        <w:t xml:space="preserve"> that the </w:t>
      </w:r>
      <w:proofErr w:type="spellStart"/>
      <w:r w:rsidRPr="004F0944">
        <w:rPr>
          <w:i/>
        </w:rPr>
        <w:t>Programme</w:t>
      </w:r>
      <w:proofErr w:type="spellEnd"/>
      <w:r w:rsidRPr="004F0944">
        <w:rPr>
          <w:i/>
        </w:rPr>
        <w:t xml:space="preserve"> will offer</w:t>
      </w:r>
      <w:r w:rsidRPr="004F0944">
        <w:t>.</w:t>
      </w:r>
    </w:p>
    <w:p w14:paraId="4AA71F99" w14:textId="3818F747" w:rsidR="000C4FAF" w:rsidRDefault="000C4FAF" w:rsidP="00800B03"/>
    <w:p w14:paraId="2735D3E5" w14:textId="373AAF94" w:rsidR="00FB66D4" w:rsidRPr="0020733F" w:rsidRDefault="00E213A6" w:rsidP="0020733F">
      <w:pPr>
        <w:pStyle w:val="Heading2"/>
        <w:rPr>
          <w:rFonts w:asciiTheme="minorHAnsi" w:hAnsiTheme="minorHAnsi"/>
          <w:color w:val="17365D" w:themeColor="text2" w:themeShade="BF"/>
          <w:sz w:val="28"/>
          <w:szCs w:val="28"/>
        </w:rPr>
      </w:pPr>
      <w:r w:rsidRPr="0020733F">
        <w:rPr>
          <w:rFonts w:asciiTheme="minorHAnsi" w:hAnsiTheme="minorHAnsi"/>
          <w:color w:val="17365D" w:themeColor="text2" w:themeShade="BF"/>
          <w:sz w:val="28"/>
          <w:szCs w:val="28"/>
        </w:rPr>
        <w:t xml:space="preserve">SECTION </w:t>
      </w:r>
      <w:r w:rsidR="00797AD1">
        <w:rPr>
          <w:rFonts w:asciiTheme="minorHAnsi" w:hAnsiTheme="minorHAnsi"/>
          <w:color w:val="17365D" w:themeColor="text2" w:themeShade="BF"/>
          <w:sz w:val="28"/>
          <w:szCs w:val="28"/>
        </w:rPr>
        <w:t>7</w:t>
      </w:r>
      <w:r w:rsidRPr="0020733F">
        <w:rPr>
          <w:rFonts w:asciiTheme="minorHAnsi" w:hAnsiTheme="minorHAnsi"/>
          <w:color w:val="17365D" w:themeColor="text2" w:themeShade="BF"/>
          <w:sz w:val="28"/>
          <w:szCs w:val="28"/>
        </w:rPr>
        <w:t xml:space="preserve">: </w:t>
      </w:r>
      <w:r w:rsidR="000E3F20" w:rsidRPr="0020733F">
        <w:rPr>
          <w:rFonts w:asciiTheme="minorHAnsi" w:hAnsiTheme="minorHAnsi"/>
          <w:color w:val="17365D" w:themeColor="text2" w:themeShade="BF"/>
          <w:sz w:val="28"/>
          <w:szCs w:val="28"/>
        </w:rPr>
        <w:t>Checklist of</w:t>
      </w:r>
      <w:r w:rsidR="009845F4" w:rsidRPr="0020733F">
        <w:rPr>
          <w:rFonts w:asciiTheme="minorHAnsi" w:hAnsiTheme="minorHAnsi"/>
          <w:color w:val="17365D" w:themeColor="text2" w:themeShade="BF"/>
          <w:sz w:val="28"/>
          <w:szCs w:val="28"/>
        </w:rPr>
        <w:t xml:space="preserve"> Application Package and</w:t>
      </w:r>
      <w:r w:rsidR="000E3F20" w:rsidRPr="0020733F">
        <w:rPr>
          <w:rFonts w:asciiTheme="minorHAnsi" w:hAnsiTheme="minorHAnsi"/>
          <w:color w:val="17365D" w:themeColor="text2" w:themeShade="BF"/>
          <w:sz w:val="28"/>
          <w:szCs w:val="28"/>
        </w:rPr>
        <w:t xml:space="preserve"> Supporting Documents</w:t>
      </w:r>
    </w:p>
    <w:p w14:paraId="6E3D72D8" w14:textId="77777777" w:rsidR="00FB66D4" w:rsidRPr="00083C4E" w:rsidRDefault="00E213A6">
      <w:pPr>
        <w:pStyle w:val="IntenseQuote"/>
        <w:rPr>
          <w:b w:val="0"/>
          <w:bCs w:val="0"/>
          <w:i w:val="0"/>
          <w:iCs w:val="0"/>
          <w:color w:val="365F91" w:themeColor="accent1" w:themeShade="BF"/>
        </w:rPr>
      </w:pPr>
      <w:r w:rsidRPr="00083C4E">
        <w:rPr>
          <w:i w:val="0"/>
          <w:iCs w:val="0"/>
          <w:color w:val="365F91" w:themeColor="accent1" w:themeShade="BF"/>
        </w:rPr>
        <w:t>Purpose:</w:t>
      </w:r>
      <w:r w:rsidRPr="00083C4E">
        <w:rPr>
          <w:b w:val="0"/>
          <w:bCs w:val="0"/>
          <w:i w:val="0"/>
          <w:iCs w:val="0"/>
          <w:color w:val="365F91" w:themeColor="accent1" w:themeShade="BF"/>
        </w:rPr>
        <w:t xml:space="preserve"> Provide required documents to verify your </w:t>
      </w:r>
      <w:proofErr w:type="spellStart"/>
      <w:r w:rsidRPr="00083C4E">
        <w:rPr>
          <w:b w:val="0"/>
          <w:bCs w:val="0"/>
          <w:i w:val="0"/>
          <w:iCs w:val="0"/>
          <w:color w:val="365F91" w:themeColor="accent1" w:themeShade="BF"/>
        </w:rPr>
        <w:t>organisation’s</w:t>
      </w:r>
      <w:proofErr w:type="spellEnd"/>
      <w:r w:rsidRPr="00083C4E">
        <w:rPr>
          <w:b w:val="0"/>
          <w:bCs w:val="0"/>
          <w:i w:val="0"/>
          <w:iCs w:val="0"/>
          <w:color w:val="365F91" w:themeColor="accent1" w:themeShade="BF"/>
        </w:rPr>
        <w:t xml:space="preserve"> eligibility, capacity, and track record.</w:t>
      </w:r>
    </w:p>
    <w:p w14:paraId="466BB6C3" w14:textId="77777777" w:rsidR="00FB66D4" w:rsidRDefault="00FB66D4"/>
    <w:p w14:paraId="2D4F3F11" w14:textId="61D2DC4D" w:rsidR="00FB66D4" w:rsidRDefault="00E213A6">
      <w:r w:rsidRPr="00EB2037">
        <w:rPr>
          <w:b/>
        </w:rPr>
        <w:t>Required</w:t>
      </w:r>
      <w:r w:rsidR="00341C50">
        <w:t>:</w:t>
      </w:r>
    </w:p>
    <w:p w14:paraId="1535A41D" w14:textId="06964081" w:rsidR="000E3F20" w:rsidRDefault="00797AD1" w:rsidP="00F26E10">
      <w:pPr>
        <w:pStyle w:val="ListParagraph"/>
        <w:numPr>
          <w:ilvl w:val="0"/>
          <w:numId w:val="22"/>
        </w:numPr>
      </w:pPr>
      <w:r>
        <w:t>Project</w:t>
      </w:r>
      <w:r w:rsidR="0000667D">
        <w:t xml:space="preserve"> Proposal</w:t>
      </w:r>
      <w:r w:rsidR="000E3F20">
        <w:t xml:space="preserve"> Form</w:t>
      </w:r>
    </w:p>
    <w:p w14:paraId="4C93A67F" w14:textId="6D658EDE" w:rsidR="00FB66D4" w:rsidRDefault="0000667D" w:rsidP="00341C50">
      <w:pPr>
        <w:pStyle w:val="ListParagraph"/>
        <w:numPr>
          <w:ilvl w:val="0"/>
          <w:numId w:val="22"/>
        </w:numPr>
      </w:pPr>
      <w:r>
        <w:t>Key Performance Indicators (KPI)</w:t>
      </w:r>
      <w:r w:rsidR="00E213A6">
        <w:t xml:space="preserve"> (template provided</w:t>
      </w:r>
      <w:r w:rsidR="00EB2037">
        <w:t xml:space="preserve"> – Annex 1</w:t>
      </w:r>
      <w:r w:rsidR="00E213A6">
        <w:t>)</w:t>
      </w:r>
    </w:p>
    <w:p w14:paraId="7BD11CE4" w14:textId="79AB2EB8" w:rsidR="00341C50" w:rsidRDefault="00341C50" w:rsidP="00341C50">
      <w:pPr>
        <w:pStyle w:val="ListParagraph"/>
        <w:numPr>
          <w:ilvl w:val="0"/>
          <w:numId w:val="22"/>
        </w:numPr>
      </w:pPr>
      <w:r>
        <w:t>Action</w:t>
      </w:r>
      <w:r w:rsidR="0017071E">
        <w:t xml:space="preserve"> Plan</w:t>
      </w:r>
      <w:r w:rsidR="00086CEA" w:rsidRPr="00086CEA">
        <w:t> </w:t>
      </w:r>
      <w:r w:rsidR="006C1B93">
        <w:t>(template provided</w:t>
      </w:r>
      <w:r w:rsidR="00EB2037">
        <w:t xml:space="preserve"> – Annex 2</w:t>
      </w:r>
      <w:r w:rsidR="006C1B93">
        <w:t>)</w:t>
      </w:r>
      <w:r>
        <w:t xml:space="preserve"> </w:t>
      </w:r>
    </w:p>
    <w:p w14:paraId="48B43A17" w14:textId="77777777" w:rsidR="00EB2037" w:rsidRDefault="00EB2037" w:rsidP="00EB2037">
      <w:pPr>
        <w:pStyle w:val="ListParagraph"/>
        <w:numPr>
          <w:ilvl w:val="0"/>
          <w:numId w:val="22"/>
        </w:numPr>
      </w:pPr>
      <w:r>
        <w:t>Budget (template provided – Annex 3)</w:t>
      </w:r>
    </w:p>
    <w:p w14:paraId="7214DEFB" w14:textId="77777777" w:rsidR="00B86AE4" w:rsidRPr="001F60CB" w:rsidRDefault="00B86AE4" w:rsidP="00B86AE4">
      <w:pPr>
        <w:rPr>
          <w:i/>
          <w:iCs/>
        </w:rPr>
      </w:pPr>
      <w:r w:rsidRPr="001F60CB">
        <w:rPr>
          <w:i/>
          <w:iCs/>
        </w:rPr>
        <w:t>Ensure all documents are:</w:t>
      </w:r>
    </w:p>
    <w:p w14:paraId="25BB2591" w14:textId="4328CC24" w:rsidR="00B86AE4" w:rsidRDefault="00B86AE4" w:rsidP="001F60CB">
      <w:pPr>
        <w:pStyle w:val="ListParagraph"/>
        <w:numPr>
          <w:ilvl w:val="0"/>
          <w:numId w:val="24"/>
        </w:numPr>
      </w:pPr>
      <w:r>
        <w:t>Clearly labeled</w:t>
      </w:r>
    </w:p>
    <w:p w14:paraId="179CF230" w14:textId="1AA72CB2" w:rsidR="00B86AE4" w:rsidRPr="002F78EE" w:rsidRDefault="00B86AE4" w:rsidP="001F60CB">
      <w:pPr>
        <w:pStyle w:val="ListParagraph"/>
        <w:numPr>
          <w:ilvl w:val="0"/>
          <w:numId w:val="24"/>
        </w:numPr>
      </w:pPr>
      <w:r w:rsidRPr="001F60CB">
        <w:t xml:space="preserve">In English </w:t>
      </w:r>
      <w:r w:rsidR="002F78EE" w:rsidRPr="002F78EE">
        <w:t>language</w:t>
      </w:r>
    </w:p>
    <w:p w14:paraId="7B03CBFD" w14:textId="09DB9E5B" w:rsidR="00B86AE4" w:rsidRDefault="002F78EE" w:rsidP="001F60CB">
      <w:pPr>
        <w:pStyle w:val="ListParagraph"/>
        <w:numPr>
          <w:ilvl w:val="0"/>
          <w:numId w:val="24"/>
        </w:numPr>
      </w:pPr>
      <w:r>
        <w:t xml:space="preserve">Each of the above templates </w:t>
      </w:r>
      <w:r w:rsidR="003A650E">
        <w:t>needs</w:t>
      </w:r>
      <w:r>
        <w:t xml:space="preserve"> to be sent in word/excel and</w:t>
      </w:r>
      <w:r w:rsidR="00B86AE4">
        <w:t xml:space="preserve"> PDF</w:t>
      </w:r>
      <w:r>
        <w:t xml:space="preserve"> (with your signature)</w:t>
      </w:r>
      <w:r w:rsidR="00B86AE4">
        <w:t xml:space="preserve"> </w:t>
      </w:r>
    </w:p>
    <w:p w14:paraId="71D8FD76" w14:textId="77777777" w:rsidR="00EB2037" w:rsidRDefault="00EB2037" w:rsidP="00EB2037">
      <w:pPr>
        <w:pStyle w:val="ListParagraph"/>
      </w:pPr>
    </w:p>
    <w:p w14:paraId="1B312F49" w14:textId="2632A802" w:rsidR="00341C50" w:rsidRPr="00EB2037" w:rsidRDefault="00341C50" w:rsidP="00EB0E59">
      <w:pPr>
        <w:ind w:left="360"/>
        <w:rPr>
          <w:b/>
          <w:bCs/>
        </w:rPr>
      </w:pPr>
      <w:r w:rsidRPr="00EB2037">
        <w:rPr>
          <w:b/>
          <w:bCs/>
        </w:rPr>
        <w:t>Supporting Documents:</w:t>
      </w:r>
    </w:p>
    <w:p w14:paraId="576745EE" w14:textId="3CC057E8" w:rsidR="00FB66D4" w:rsidRDefault="00341C50" w:rsidP="00EB2037">
      <w:pPr>
        <w:pStyle w:val="ListParagraph"/>
        <w:numPr>
          <w:ilvl w:val="0"/>
          <w:numId w:val="22"/>
        </w:numPr>
      </w:pPr>
      <w:r>
        <w:lastRenderedPageBreak/>
        <w:t>Legal r</w:t>
      </w:r>
      <w:r w:rsidR="00E213A6">
        <w:t>egistration certificate</w:t>
      </w:r>
      <w:r>
        <w:t xml:space="preserve"> of the Legal Entity (under which the media outlet operates)</w:t>
      </w:r>
    </w:p>
    <w:p w14:paraId="2FF2959A" w14:textId="39F923FE" w:rsidR="00FB66D4" w:rsidRDefault="00E213A6" w:rsidP="00EB2037">
      <w:pPr>
        <w:pStyle w:val="ListParagraph"/>
        <w:numPr>
          <w:ilvl w:val="0"/>
          <w:numId w:val="22"/>
        </w:numPr>
      </w:pPr>
      <w:r>
        <w:t>License from media authority (if applicable)</w:t>
      </w:r>
    </w:p>
    <w:p w14:paraId="0861FC22" w14:textId="25E69068" w:rsidR="00FB66D4" w:rsidRDefault="00E213A6" w:rsidP="00EB2037">
      <w:pPr>
        <w:pStyle w:val="ListParagraph"/>
        <w:numPr>
          <w:ilvl w:val="0"/>
          <w:numId w:val="22"/>
        </w:numPr>
      </w:pPr>
      <w:r>
        <w:t>Organigram</w:t>
      </w:r>
    </w:p>
    <w:p w14:paraId="321246E5" w14:textId="193EA40D" w:rsidR="00FB66D4" w:rsidRDefault="00E213A6" w:rsidP="00EB2037">
      <w:pPr>
        <w:pStyle w:val="ListParagraph"/>
        <w:numPr>
          <w:ilvl w:val="0"/>
          <w:numId w:val="22"/>
        </w:numPr>
      </w:pPr>
      <w:r>
        <w:t>CVs of key staff</w:t>
      </w:r>
    </w:p>
    <w:p w14:paraId="02368EEB" w14:textId="13283807" w:rsidR="00FB66D4" w:rsidRDefault="00E213A6" w:rsidP="00EB2037">
      <w:pPr>
        <w:pStyle w:val="ListParagraph"/>
        <w:numPr>
          <w:ilvl w:val="0"/>
          <w:numId w:val="22"/>
        </w:numPr>
      </w:pPr>
      <w:r>
        <w:t>Financial reports (last 2 years)</w:t>
      </w:r>
    </w:p>
    <w:p w14:paraId="02158B0B" w14:textId="152AF48B" w:rsidR="00FB66D4" w:rsidRPr="004E4A0F" w:rsidRDefault="00E213A6" w:rsidP="00EB2037">
      <w:pPr>
        <w:pStyle w:val="ListParagraph"/>
        <w:numPr>
          <w:ilvl w:val="0"/>
          <w:numId w:val="22"/>
        </w:numPr>
        <w:rPr>
          <w:lang w:val="fr-FR"/>
        </w:rPr>
      </w:pPr>
      <w:r w:rsidRPr="004E4A0F">
        <w:rPr>
          <w:lang w:val="fr-FR"/>
        </w:rPr>
        <w:t xml:space="preserve">Tax </w:t>
      </w:r>
      <w:proofErr w:type="spellStart"/>
      <w:r w:rsidRPr="004E4A0F">
        <w:rPr>
          <w:lang w:val="fr-FR"/>
        </w:rPr>
        <w:t>certificate</w:t>
      </w:r>
      <w:proofErr w:type="spellEnd"/>
      <w:r w:rsidR="004E4A0F" w:rsidRPr="004E4A0F">
        <w:rPr>
          <w:lang w:val="fr-FR"/>
        </w:rPr>
        <w:t xml:space="preserve"> on </w:t>
      </w:r>
      <w:proofErr w:type="spellStart"/>
      <w:r w:rsidR="004E4A0F" w:rsidRPr="004E4A0F">
        <w:rPr>
          <w:lang w:val="fr-FR"/>
        </w:rPr>
        <w:t>financial</w:t>
      </w:r>
      <w:proofErr w:type="spellEnd"/>
      <w:r w:rsidR="004E4A0F" w:rsidRPr="004E4A0F">
        <w:rPr>
          <w:lang w:val="fr-FR"/>
        </w:rPr>
        <w:t xml:space="preserve">/fiscal </w:t>
      </w:r>
      <w:r w:rsidR="004E4A0F">
        <w:rPr>
          <w:lang w:val="fr-FR"/>
        </w:rPr>
        <w:t>obligations</w:t>
      </w:r>
    </w:p>
    <w:p w14:paraId="4D264461" w14:textId="1E635681" w:rsidR="00FB66D4" w:rsidRDefault="00E213A6" w:rsidP="00EB0E59">
      <w:pPr>
        <w:pStyle w:val="ListParagraph"/>
        <w:numPr>
          <w:ilvl w:val="0"/>
          <w:numId w:val="22"/>
        </w:numPr>
      </w:pPr>
      <w:r>
        <w:t xml:space="preserve">Audits or evaluations </w:t>
      </w:r>
      <w:r w:rsidR="235E1228">
        <w:t xml:space="preserve">(if available) </w:t>
      </w:r>
    </w:p>
    <w:p w14:paraId="4FA6C6E2" w14:textId="4C1849B5" w:rsidR="000E3F20" w:rsidRDefault="00E213A6" w:rsidP="00EB0E59">
      <w:pPr>
        <w:pStyle w:val="ListParagraph"/>
        <w:numPr>
          <w:ilvl w:val="0"/>
          <w:numId w:val="22"/>
        </w:numPr>
      </w:pPr>
      <w:r>
        <w:t xml:space="preserve">Editorial </w:t>
      </w:r>
      <w:r w:rsidR="003774A7">
        <w:t xml:space="preserve">Policy/Ethical Code </w:t>
      </w:r>
      <w:r>
        <w:t>(optional)</w:t>
      </w:r>
    </w:p>
    <w:p w14:paraId="22885471" w14:textId="569C58CF" w:rsidR="00502A73" w:rsidRDefault="00502A73" w:rsidP="00EB0E59">
      <w:pPr>
        <w:pStyle w:val="ListParagraph"/>
        <w:numPr>
          <w:ilvl w:val="0"/>
          <w:numId w:val="22"/>
        </w:numPr>
      </w:pPr>
      <w:r>
        <w:t>Latest Strategic Development Document/s (if any)</w:t>
      </w:r>
    </w:p>
    <w:p w14:paraId="1DA9D729" w14:textId="350C4E95" w:rsidR="00FB66D4" w:rsidRPr="001F60CB" w:rsidRDefault="00134ED0" w:rsidP="00134ED0">
      <w:pPr>
        <w:rPr>
          <w:b/>
        </w:rPr>
      </w:pPr>
      <w:r w:rsidRPr="00134ED0">
        <w:t xml:space="preserve">The application package should be sent via email to </w:t>
      </w:r>
      <w:hyperlink r:id="rId11" w:history="1">
        <w:r w:rsidRPr="003C6352">
          <w:rPr>
            <w:rStyle w:val="Hyperlink"/>
          </w:rPr>
          <w:t>wb6media@giz.de</w:t>
        </w:r>
      </w:hyperlink>
      <w:r>
        <w:t xml:space="preserve"> </w:t>
      </w:r>
      <w:r w:rsidRPr="00134ED0">
        <w:t xml:space="preserve">, until </w:t>
      </w:r>
      <w:r w:rsidRPr="00134ED0">
        <w:rPr>
          <w:b/>
          <w:bCs/>
        </w:rPr>
        <w:t>November 8</w:t>
      </w:r>
      <w:proofErr w:type="gramStart"/>
      <w:r w:rsidRPr="00134ED0">
        <w:rPr>
          <w:b/>
          <w:bCs/>
        </w:rPr>
        <w:t>th ,</w:t>
      </w:r>
      <w:proofErr w:type="gramEnd"/>
      <w:r w:rsidRPr="00134ED0">
        <w:rPr>
          <w:b/>
          <w:bCs/>
        </w:rPr>
        <w:t xml:space="preserve"> 2026.</w:t>
      </w:r>
    </w:p>
    <w:sectPr w:rsidR="00FB66D4" w:rsidRPr="001F60CB" w:rsidSect="00690D52">
      <w:headerReference w:type="default" r:id="rId12"/>
      <w:pgSz w:w="12240" w:h="15840"/>
      <w:pgMar w:top="1800" w:right="1800" w:bottom="540" w:left="1800" w:header="6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BAA6B" w14:textId="77777777" w:rsidR="00AC6FED" w:rsidRDefault="00AC6FED" w:rsidP="00236E50">
      <w:pPr>
        <w:spacing w:after="0" w:line="240" w:lineRule="auto"/>
      </w:pPr>
      <w:r>
        <w:separator/>
      </w:r>
    </w:p>
  </w:endnote>
  <w:endnote w:type="continuationSeparator" w:id="0">
    <w:p w14:paraId="48AAB606" w14:textId="77777777" w:rsidR="00AC6FED" w:rsidRDefault="00AC6FED" w:rsidP="00236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0C108" w14:textId="77777777" w:rsidR="00AC6FED" w:rsidRDefault="00AC6FED" w:rsidP="00236E50">
      <w:pPr>
        <w:spacing w:after="0" w:line="240" w:lineRule="auto"/>
      </w:pPr>
      <w:r>
        <w:separator/>
      </w:r>
    </w:p>
  </w:footnote>
  <w:footnote w:type="continuationSeparator" w:id="0">
    <w:p w14:paraId="36B6922E" w14:textId="77777777" w:rsidR="00AC6FED" w:rsidRDefault="00AC6FED" w:rsidP="00236E50">
      <w:pPr>
        <w:spacing w:after="0" w:line="240" w:lineRule="auto"/>
      </w:pPr>
      <w:r>
        <w:continuationSeparator/>
      </w:r>
    </w:p>
  </w:footnote>
  <w:footnote w:id="1">
    <w:p w14:paraId="51FE8C89" w14:textId="370B8C8F" w:rsidR="00366FB0" w:rsidRPr="00EB0E59" w:rsidRDefault="00366FB0" w:rsidP="00EB0E59">
      <w:pPr>
        <w:pStyle w:val="IntenseQuote"/>
        <w:ind w:left="0"/>
        <w:rPr>
          <w:color w:val="000000" w:themeColor="text1"/>
          <w:sz w:val="18"/>
          <w:szCs w:val="18"/>
        </w:rPr>
      </w:pPr>
      <w:r w:rsidRPr="00777696">
        <w:rPr>
          <w:rStyle w:val="FootnoteReference"/>
          <w:sz w:val="18"/>
          <w:szCs w:val="18"/>
        </w:rPr>
        <w:footnoteRef/>
      </w:r>
      <w:r w:rsidRPr="00777696">
        <w:rPr>
          <w:sz w:val="18"/>
          <w:szCs w:val="18"/>
        </w:rPr>
        <w:t xml:space="preserve"> </w:t>
      </w:r>
      <w:r w:rsidRPr="00EB0E59">
        <w:rPr>
          <w:b w:val="0"/>
          <w:bCs w:val="0"/>
          <w:i w:val="0"/>
          <w:iCs w:val="0"/>
          <w:color w:val="000000" w:themeColor="text1"/>
          <w:sz w:val="18"/>
          <w:szCs w:val="18"/>
        </w:rPr>
        <w:t xml:space="preserve">In case your media outlet is legally part of a bigger organization/company, please provide relevant information (ownership, staff, organigram, </w:t>
      </w:r>
      <w:proofErr w:type="spellStart"/>
      <w:r w:rsidRPr="00EB0E59">
        <w:rPr>
          <w:b w:val="0"/>
          <w:bCs w:val="0"/>
          <w:i w:val="0"/>
          <w:iCs w:val="0"/>
          <w:color w:val="000000" w:themeColor="text1"/>
          <w:sz w:val="18"/>
          <w:szCs w:val="18"/>
        </w:rPr>
        <w:t>etc</w:t>
      </w:r>
      <w:proofErr w:type="spellEnd"/>
      <w:r w:rsidRPr="00EB0E59">
        <w:rPr>
          <w:b w:val="0"/>
          <w:bCs w:val="0"/>
          <w:i w:val="0"/>
          <w:iCs w:val="0"/>
          <w:color w:val="000000" w:themeColor="text1"/>
          <w:sz w:val="18"/>
          <w:szCs w:val="18"/>
        </w:rPr>
        <w:t>,) for both the media outlet and the Legal Entity (NGO or company)</w:t>
      </w:r>
    </w:p>
  </w:footnote>
  <w:footnote w:id="2">
    <w:p w14:paraId="48462B06" w14:textId="190D48D2" w:rsidR="00203C0C" w:rsidRDefault="00203C0C" w:rsidP="00203C0C">
      <w:pPr>
        <w:pStyle w:val="FootnoteText"/>
      </w:pPr>
      <w:r>
        <w:rPr>
          <w:rStyle w:val="FootnoteReference"/>
        </w:rPr>
        <w:footnoteRef/>
      </w:r>
      <w:r>
        <w:t xml:space="preserve"> Start of the Grant Implementation</w:t>
      </w:r>
      <w:r w:rsidR="002E5EDA">
        <w:t>: January</w:t>
      </w:r>
      <w:r>
        <w:t xml:space="preserve"> 202</w:t>
      </w:r>
      <w:r w:rsidR="002E5EDA">
        <w:t>7</w:t>
      </w:r>
      <w:r>
        <w:t xml:space="preserve">. Maximum duration </w:t>
      </w:r>
      <w:r w:rsidR="0053558F">
        <w:t xml:space="preserve">until November </w:t>
      </w:r>
      <w:r w:rsidR="005977EE">
        <w:t>30</w:t>
      </w:r>
      <w:proofErr w:type="gramStart"/>
      <w:r w:rsidR="005977EE" w:rsidRPr="005977EE">
        <w:rPr>
          <w:vertAlign w:val="superscript"/>
        </w:rPr>
        <w:t>th</w:t>
      </w:r>
      <w:r w:rsidR="005977EE">
        <w:t xml:space="preserve"> </w:t>
      </w:r>
      <w:r w:rsidR="0053558F">
        <w:t>,</w:t>
      </w:r>
      <w:proofErr w:type="gramEnd"/>
      <w:r w:rsidR="0053558F">
        <w:t xml:space="preserve"> 202</w:t>
      </w:r>
      <w:r w:rsidR="00A349D7">
        <w:t>8</w:t>
      </w:r>
      <w:r>
        <w:t>.</w:t>
      </w:r>
    </w:p>
  </w:footnote>
  <w:footnote w:id="3">
    <w:p w14:paraId="346A79A9" w14:textId="1B279ACC" w:rsidR="00A63F58" w:rsidRPr="00F26E10" w:rsidRDefault="00A63F58">
      <w:pPr>
        <w:pStyle w:val="FootnoteText"/>
        <w:rPr>
          <w:sz w:val="18"/>
          <w:szCs w:val="18"/>
        </w:rPr>
      </w:pPr>
      <w:r w:rsidRPr="00F26E10">
        <w:rPr>
          <w:rStyle w:val="FootnoteReference"/>
          <w:sz w:val="18"/>
          <w:szCs w:val="18"/>
        </w:rPr>
        <w:footnoteRef/>
      </w:r>
      <w:r w:rsidRPr="00F26E10">
        <w:rPr>
          <w:sz w:val="18"/>
          <w:szCs w:val="18"/>
        </w:rPr>
        <w:t xml:space="preserve"> Output means any product delivered by a certain activity or a series of activities, </w:t>
      </w:r>
      <w:proofErr w:type="spellStart"/>
      <w:r w:rsidRPr="00F26E10">
        <w:rPr>
          <w:sz w:val="18"/>
          <w:szCs w:val="18"/>
        </w:rPr>
        <w:t>i.e</w:t>
      </w:r>
      <w:proofErr w:type="spellEnd"/>
      <w:r w:rsidRPr="00F26E10">
        <w:rPr>
          <w:sz w:val="18"/>
          <w:szCs w:val="18"/>
        </w:rPr>
        <w:t xml:space="preserve"> new digital platform or tool; journalistic story/production; new media program; capacity building event/training; publications; and other similar.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468B3" w14:textId="4B3279D4" w:rsidR="00781B6A" w:rsidRDefault="00D2786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A788850" wp14:editId="5BCAE201">
              <wp:simplePos x="0" y="0"/>
              <wp:positionH relativeFrom="column">
                <wp:posOffset>5105399</wp:posOffset>
              </wp:positionH>
              <wp:positionV relativeFrom="paragraph">
                <wp:posOffset>-247650</wp:posOffset>
              </wp:positionV>
              <wp:extent cx="1343025" cy="885825"/>
              <wp:effectExtent l="0" t="0" r="28575" b="28575"/>
              <wp:wrapNone/>
              <wp:docPr id="62981672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43025" cy="8858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046092AB" w14:textId="76D6EB97" w:rsidR="00D2786A" w:rsidRPr="0020733F" w:rsidRDefault="00154EA4" w:rsidP="001F60CB">
                          <w:pPr>
                            <w:spacing w:before="240"/>
                            <w:jc w:val="center"/>
                            <w:rPr>
                              <w:color w:val="17365D" w:themeColor="text2" w:themeShade="BF"/>
                              <w:lang w:val="bs-Latn-BA"/>
                            </w:rPr>
                          </w:pPr>
                          <w:r w:rsidRPr="0020733F">
                            <w:rPr>
                              <w:color w:val="17365D" w:themeColor="text2" w:themeShade="BF"/>
                              <w:lang w:val="bs-Latn-BA"/>
                            </w:rPr>
                            <w:t>Please insert your logo here!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78885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02pt;margin-top:-19.5pt;width:105.75pt;height:6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" fillcolor="white [3201]" strokeweight=".5pt">
              <v:textbox>
                <w:txbxContent>
                  <w:p w14:paraId="046092AB" w14:textId="76D6EB97" w:rsidR="00D2786A" w:rsidRPr="0020733F" w:rsidRDefault="00154EA4" w:rsidP="001F60CB">
                    <w:pPr>
                      <w:spacing w:before="240"/>
                      <w:jc w:val="center"/>
                      <w:rPr>
                        <w:color w:val="17365D" w:themeColor="text2" w:themeShade="BF"/>
                        <w:lang w:val="bs-Latn-BA"/>
                      </w:rPr>
                    </w:pPr>
                    <w:r w:rsidRPr="0020733F">
                      <w:rPr>
                        <w:color w:val="17365D" w:themeColor="text2" w:themeShade="BF"/>
                        <w:lang w:val="bs-Latn-BA"/>
                      </w:rPr>
                      <w:t>Please insert your logo here!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FD2E6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D7699F"/>
    <w:multiLevelType w:val="hybridMultilevel"/>
    <w:tmpl w:val="AAAE86E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017794"/>
    <w:multiLevelType w:val="hybridMultilevel"/>
    <w:tmpl w:val="4718F7C4"/>
    <w:lvl w:ilvl="0" w:tplc="9116998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EE1182"/>
    <w:multiLevelType w:val="hybridMultilevel"/>
    <w:tmpl w:val="9E84AF8E"/>
    <w:lvl w:ilvl="0" w:tplc="0BB803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6C5742"/>
    <w:multiLevelType w:val="hybridMultilevel"/>
    <w:tmpl w:val="7396D0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AF43FD"/>
    <w:multiLevelType w:val="hybridMultilevel"/>
    <w:tmpl w:val="E37EF25C"/>
    <w:lvl w:ilvl="0" w:tplc="9116998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2E47D9"/>
    <w:multiLevelType w:val="hybridMultilevel"/>
    <w:tmpl w:val="371CAEC0"/>
    <w:lvl w:ilvl="0" w:tplc="9116998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F71E5E"/>
    <w:multiLevelType w:val="hybridMultilevel"/>
    <w:tmpl w:val="7CF08D70"/>
    <w:lvl w:ilvl="0" w:tplc="9116998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0B7291"/>
    <w:multiLevelType w:val="hybridMultilevel"/>
    <w:tmpl w:val="AECE8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7E4E44">
      <w:numFmt w:val="bullet"/>
      <w:lvlText w:val="-"/>
      <w:lvlJc w:val="left"/>
      <w:pPr>
        <w:ind w:left="2160" w:hanging="360"/>
      </w:pPr>
      <w:rPr>
        <w:rFonts w:ascii="Cambria" w:eastAsiaTheme="minorEastAsia" w:hAnsi="Cambria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DA3D32"/>
    <w:multiLevelType w:val="multilevel"/>
    <w:tmpl w:val="B5122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82662D"/>
    <w:multiLevelType w:val="hybridMultilevel"/>
    <w:tmpl w:val="1668182A"/>
    <w:lvl w:ilvl="0" w:tplc="9116998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87E7E"/>
    <w:multiLevelType w:val="hybridMultilevel"/>
    <w:tmpl w:val="E96C5C8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79442C"/>
    <w:multiLevelType w:val="hybridMultilevel"/>
    <w:tmpl w:val="3B2A3B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1602A8"/>
    <w:multiLevelType w:val="hybridMultilevel"/>
    <w:tmpl w:val="D278CD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C3A4B"/>
    <w:multiLevelType w:val="hybridMultilevel"/>
    <w:tmpl w:val="1908A4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E5419E"/>
    <w:multiLevelType w:val="hybridMultilevel"/>
    <w:tmpl w:val="03983468"/>
    <w:lvl w:ilvl="0" w:tplc="9116998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1B432D"/>
    <w:multiLevelType w:val="hybridMultilevel"/>
    <w:tmpl w:val="E6DC0F4E"/>
    <w:lvl w:ilvl="0" w:tplc="9116998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D2747D"/>
    <w:multiLevelType w:val="hybridMultilevel"/>
    <w:tmpl w:val="329AA21C"/>
    <w:lvl w:ilvl="0" w:tplc="31E0A5CC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CA03DB9"/>
    <w:multiLevelType w:val="hybridMultilevel"/>
    <w:tmpl w:val="211A274E"/>
    <w:lvl w:ilvl="0" w:tplc="9116998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4B72ED"/>
    <w:multiLevelType w:val="hybridMultilevel"/>
    <w:tmpl w:val="A120F89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5D64D2"/>
    <w:multiLevelType w:val="hybridMultilevel"/>
    <w:tmpl w:val="DBE47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2F42DD"/>
    <w:multiLevelType w:val="hybridMultilevel"/>
    <w:tmpl w:val="A31874B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605872">
    <w:abstractNumId w:val="8"/>
  </w:num>
  <w:num w:numId="2" w16cid:durableId="634993713">
    <w:abstractNumId w:val="6"/>
  </w:num>
  <w:num w:numId="3" w16cid:durableId="768740475">
    <w:abstractNumId w:val="5"/>
  </w:num>
  <w:num w:numId="4" w16cid:durableId="1840579616">
    <w:abstractNumId w:val="4"/>
  </w:num>
  <w:num w:numId="5" w16cid:durableId="474834936">
    <w:abstractNumId w:val="7"/>
  </w:num>
  <w:num w:numId="6" w16cid:durableId="1766725506">
    <w:abstractNumId w:val="3"/>
  </w:num>
  <w:num w:numId="7" w16cid:durableId="77100556">
    <w:abstractNumId w:val="2"/>
  </w:num>
  <w:num w:numId="8" w16cid:durableId="1127355928">
    <w:abstractNumId w:val="1"/>
  </w:num>
  <w:num w:numId="9" w16cid:durableId="315494205">
    <w:abstractNumId w:val="0"/>
  </w:num>
  <w:num w:numId="10" w16cid:durableId="1370102779">
    <w:abstractNumId w:val="25"/>
  </w:num>
  <w:num w:numId="11" w16cid:durableId="916981907">
    <w:abstractNumId w:val="16"/>
  </w:num>
  <w:num w:numId="12" w16cid:durableId="1843887155">
    <w:abstractNumId w:val="9"/>
  </w:num>
  <w:num w:numId="13" w16cid:durableId="2109426637">
    <w:abstractNumId w:val="24"/>
  </w:num>
  <w:num w:numId="14" w16cid:durableId="424693974">
    <w:abstractNumId w:val="26"/>
  </w:num>
  <w:num w:numId="15" w16cid:durableId="1199931254">
    <w:abstractNumId w:val="10"/>
  </w:num>
  <w:num w:numId="16" w16cid:durableId="2047874437">
    <w:abstractNumId w:val="18"/>
  </w:num>
  <w:num w:numId="17" w16cid:durableId="2120878444">
    <w:abstractNumId w:val="13"/>
  </w:num>
  <w:num w:numId="18" w16cid:durableId="48382263">
    <w:abstractNumId w:val="15"/>
  </w:num>
  <w:num w:numId="19" w16cid:durableId="930091771">
    <w:abstractNumId w:val="22"/>
  </w:num>
  <w:num w:numId="20" w16cid:durableId="158426746">
    <w:abstractNumId w:val="14"/>
  </w:num>
  <w:num w:numId="21" w16cid:durableId="302733978">
    <w:abstractNumId w:val="20"/>
  </w:num>
  <w:num w:numId="22" w16cid:durableId="1675911070">
    <w:abstractNumId w:val="29"/>
  </w:num>
  <w:num w:numId="23" w16cid:durableId="805590128">
    <w:abstractNumId w:val="17"/>
  </w:num>
  <w:num w:numId="24" w16cid:durableId="242766398">
    <w:abstractNumId w:val="28"/>
  </w:num>
  <w:num w:numId="25" w16cid:durableId="894394455">
    <w:abstractNumId w:val="19"/>
  </w:num>
  <w:num w:numId="26" w16cid:durableId="1588343309">
    <w:abstractNumId w:val="27"/>
  </w:num>
  <w:num w:numId="27" w16cid:durableId="1793589968">
    <w:abstractNumId w:val="12"/>
  </w:num>
  <w:num w:numId="28" w16cid:durableId="338627269">
    <w:abstractNumId w:val="21"/>
  </w:num>
  <w:num w:numId="29" w16cid:durableId="1798376828">
    <w:abstractNumId w:val="11"/>
  </w:num>
  <w:num w:numId="30" w16cid:durableId="5582437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E82"/>
    <w:rsid w:val="000025D3"/>
    <w:rsid w:val="00002A78"/>
    <w:rsid w:val="0000615C"/>
    <w:rsid w:val="0000664D"/>
    <w:rsid w:val="0000667D"/>
    <w:rsid w:val="000077BC"/>
    <w:rsid w:val="00007DCD"/>
    <w:rsid w:val="00011C41"/>
    <w:rsid w:val="000140E8"/>
    <w:rsid w:val="0001474C"/>
    <w:rsid w:val="00015529"/>
    <w:rsid w:val="00016039"/>
    <w:rsid w:val="00021BBC"/>
    <w:rsid w:val="00022733"/>
    <w:rsid w:val="00023C9C"/>
    <w:rsid w:val="00023F47"/>
    <w:rsid w:val="000246B7"/>
    <w:rsid w:val="00025D35"/>
    <w:rsid w:val="00025F62"/>
    <w:rsid w:val="00025FE4"/>
    <w:rsid w:val="00027948"/>
    <w:rsid w:val="00030207"/>
    <w:rsid w:val="0003059E"/>
    <w:rsid w:val="00031DBF"/>
    <w:rsid w:val="00034616"/>
    <w:rsid w:val="00035A3E"/>
    <w:rsid w:val="00036A73"/>
    <w:rsid w:val="000374F7"/>
    <w:rsid w:val="0003776B"/>
    <w:rsid w:val="00045C33"/>
    <w:rsid w:val="00051E3D"/>
    <w:rsid w:val="000543C2"/>
    <w:rsid w:val="00055213"/>
    <w:rsid w:val="00056C22"/>
    <w:rsid w:val="000577C7"/>
    <w:rsid w:val="00057C95"/>
    <w:rsid w:val="0006063C"/>
    <w:rsid w:val="00061510"/>
    <w:rsid w:val="000638C9"/>
    <w:rsid w:val="00063C70"/>
    <w:rsid w:val="000658FB"/>
    <w:rsid w:val="00065A22"/>
    <w:rsid w:val="000712AA"/>
    <w:rsid w:val="00071754"/>
    <w:rsid w:val="0007185E"/>
    <w:rsid w:val="0007224A"/>
    <w:rsid w:val="00072D6C"/>
    <w:rsid w:val="00075C39"/>
    <w:rsid w:val="000813B6"/>
    <w:rsid w:val="00083C4E"/>
    <w:rsid w:val="00086CEA"/>
    <w:rsid w:val="000871FC"/>
    <w:rsid w:val="00087B85"/>
    <w:rsid w:val="00091871"/>
    <w:rsid w:val="000953E6"/>
    <w:rsid w:val="000954FE"/>
    <w:rsid w:val="000965DD"/>
    <w:rsid w:val="0009797A"/>
    <w:rsid w:val="00097B57"/>
    <w:rsid w:val="000A4C5B"/>
    <w:rsid w:val="000A5082"/>
    <w:rsid w:val="000A5D32"/>
    <w:rsid w:val="000A6E82"/>
    <w:rsid w:val="000A7DC9"/>
    <w:rsid w:val="000B00B1"/>
    <w:rsid w:val="000B1FDC"/>
    <w:rsid w:val="000B2261"/>
    <w:rsid w:val="000B522A"/>
    <w:rsid w:val="000B5671"/>
    <w:rsid w:val="000B7755"/>
    <w:rsid w:val="000C0392"/>
    <w:rsid w:val="000C1C3A"/>
    <w:rsid w:val="000C2178"/>
    <w:rsid w:val="000C4024"/>
    <w:rsid w:val="000C48E8"/>
    <w:rsid w:val="000C4FAF"/>
    <w:rsid w:val="000C5DAA"/>
    <w:rsid w:val="000C7282"/>
    <w:rsid w:val="000C7C85"/>
    <w:rsid w:val="000C7E3B"/>
    <w:rsid w:val="000D021C"/>
    <w:rsid w:val="000D1607"/>
    <w:rsid w:val="000D209D"/>
    <w:rsid w:val="000D3FE3"/>
    <w:rsid w:val="000D5B19"/>
    <w:rsid w:val="000E24A4"/>
    <w:rsid w:val="000E3ECE"/>
    <w:rsid w:val="000E3F20"/>
    <w:rsid w:val="000E4170"/>
    <w:rsid w:val="000F533D"/>
    <w:rsid w:val="000F5961"/>
    <w:rsid w:val="000F7C6F"/>
    <w:rsid w:val="00100A7A"/>
    <w:rsid w:val="00101781"/>
    <w:rsid w:val="00106C68"/>
    <w:rsid w:val="00111160"/>
    <w:rsid w:val="001128C8"/>
    <w:rsid w:val="00113CB0"/>
    <w:rsid w:val="0011513F"/>
    <w:rsid w:val="00117E7D"/>
    <w:rsid w:val="00117FDD"/>
    <w:rsid w:val="00121B07"/>
    <w:rsid w:val="0012266A"/>
    <w:rsid w:val="00123034"/>
    <w:rsid w:val="00130FBC"/>
    <w:rsid w:val="0013449E"/>
    <w:rsid w:val="00134B95"/>
    <w:rsid w:val="00134ED0"/>
    <w:rsid w:val="00136162"/>
    <w:rsid w:val="00136A90"/>
    <w:rsid w:val="00141188"/>
    <w:rsid w:val="00143851"/>
    <w:rsid w:val="001454E5"/>
    <w:rsid w:val="0014557A"/>
    <w:rsid w:val="00145C4E"/>
    <w:rsid w:val="00146C42"/>
    <w:rsid w:val="0015074B"/>
    <w:rsid w:val="00151965"/>
    <w:rsid w:val="00151EE9"/>
    <w:rsid w:val="00153813"/>
    <w:rsid w:val="00154EA4"/>
    <w:rsid w:val="0015798D"/>
    <w:rsid w:val="0016204F"/>
    <w:rsid w:val="00165EBB"/>
    <w:rsid w:val="001674AF"/>
    <w:rsid w:val="0017071E"/>
    <w:rsid w:val="00170CBE"/>
    <w:rsid w:val="001731E0"/>
    <w:rsid w:val="001809C9"/>
    <w:rsid w:val="00182134"/>
    <w:rsid w:val="0018318B"/>
    <w:rsid w:val="00183C6E"/>
    <w:rsid w:val="00184AA3"/>
    <w:rsid w:val="00185943"/>
    <w:rsid w:val="00185D71"/>
    <w:rsid w:val="00186C0B"/>
    <w:rsid w:val="00191D39"/>
    <w:rsid w:val="00193656"/>
    <w:rsid w:val="001938B9"/>
    <w:rsid w:val="0019775B"/>
    <w:rsid w:val="001A2C72"/>
    <w:rsid w:val="001A31D9"/>
    <w:rsid w:val="001A5C0B"/>
    <w:rsid w:val="001A6C70"/>
    <w:rsid w:val="001A7B16"/>
    <w:rsid w:val="001B18B0"/>
    <w:rsid w:val="001B37C1"/>
    <w:rsid w:val="001B5207"/>
    <w:rsid w:val="001B755F"/>
    <w:rsid w:val="001C36D0"/>
    <w:rsid w:val="001C6F95"/>
    <w:rsid w:val="001D1021"/>
    <w:rsid w:val="001D18D1"/>
    <w:rsid w:val="001D1ABF"/>
    <w:rsid w:val="001D4DDF"/>
    <w:rsid w:val="001E3087"/>
    <w:rsid w:val="001E429C"/>
    <w:rsid w:val="001E5916"/>
    <w:rsid w:val="001E60B1"/>
    <w:rsid w:val="001F195A"/>
    <w:rsid w:val="001F1C68"/>
    <w:rsid w:val="001F4ABB"/>
    <w:rsid w:val="001F5D6C"/>
    <w:rsid w:val="001F60CB"/>
    <w:rsid w:val="001F72FD"/>
    <w:rsid w:val="001F79BA"/>
    <w:rsid w:val="002002A4"/>
    <w:rsid w:val="0020175F"/>
    <w:rsid w:val="00202A53"/>
    <w:rsid w:val="00203C0C"/>
    <w:rsid w:val="00203EEA"/>
    <w:rsid w:val="00204D7B"/>
    <w:rsid w:val="00205D3B"/>
    <w:rsid w:val="00205D75"/>
    <w:rsid w:val="00206D77"/>
    <w:rsid w:val="0020733F"/>
    <w:rsid w:val="00207F0D"/>
    <w:rsid w:val="00210B53"/>
    <w:rsid w:val="00210D25"/>
    <w:rsid w:val="002126DD"/>
    <w:rsid w:val="002142E8"/>
    <w:rsid w:val="00220605"/>
    <w:rsid w:val="00221C39"/>
    <w:rsid w:val="00222DC7"/>
    <w:rsid w:val="00223393"/>
    <w:rsid w:val="002251D8"/>
    <w:rsid w:val="0022767E"/>
    <w:rsid w:val="00231607"/>
    <w:rsid w:val="002327AA"/>
    <w:rsid w:val="00232C0D"/>
    <w:rsid w:val="00233CD5"/>
    <w:rsid w:val="00236E50"/>
    <w:rsid w:val="0024352F"/>
    <w:rsid w:val="00246325"/>
    <w:rsid w:val="002466E2"/>
    <w:rsid w:val="002503BC"/>
    <w:rsid w:val="00250F33"/>
    <w:rsid w:val="00253A4D"/>
    <w:rsid w:val="00255856"/>
    <w:rsid w:val="0025618E"/>
    <w:rsid w:val="00257942"/>
    <w:rsid w:val="00257C55"/>
    <w:rsid w:val="00263D86"/>
    <w:rsid w:val="00264F61"/>
    <w:rsid w:val="0027079C"/>
    <w:rsid w:val="00270D6E"/>
    <w:rsid w:val="00277461"/>
    <w:rsid w:val="0027756D"/>
    <w:rsid w:val="0028029C"/>
    <w:rsid w:val="00281819"/>
    <w:rsid w:val="002831A9"/>
    <w:rsid w:val="00283784"/>
    <w:rsid w:val="00283D5E"/>
    <w:rsid w:val="00285733"/>
    <w:rsid w:val="00286A4D"/>
    <w:rsid w:val="0028722F"/>
    <w:rsid w:val="002877B0"/>
    <w:rsid w:val="00287A19"/>
    <w:rsid w:val="00287FA7"/>
    <w:rsid w:val="00291A9B"/>
    <w:rsid w:val="0029459C"/>
    <w:rsid w:val="002950C7"/>
    <w:rsid w:val="0029639D"/>
    <w:rsid w:val="00297478"/>
    <w:rsid w:val="00297A46"/>
    <w:rsid w:val="002A055D"/>
    <w:rsid w:val="002A15E2"/>
    <w:rsid w:val="002A1ABF"/>
    <w:rsid w:val="002A1B24"/>
    <w:rsid w:val="002A4D61"/>
    <w:rsid w:val="002B11B5"/>
    <w:rsid w:val="002B1D48"/>
    <w:rsid w:val="002B2B67"/>
    <w:rsid w:val="002B34E4"/>
    <w:rsid w:val="002B3A82"/>
    <w:rsid w:val="002B7532"/>
    <w:rsid w:val="002B79E7"/>
    <w:rsid w:val="002C46CC"/>
    <w:rsid w:val="002C7DB4"/>
    <w:rsid w:val="002D38D4"/>
    <w:rsid w:val="002D4187"/>
    <w:rsid w:val="002D5256"/>
    <w:rsid w:val="002D79DB"/>
    <w:rsid w:val="002D7A53"/>
    <w:rsid w:val="002E0814"/>
    <w:rsid w:val="002E52EC"/>
    <w:rsid w:val="002E57EF"/>
    <w:rsid w:val="002E5EDA"/>
    <w:rsid w:val="002F420F"/>
    <w:rsid w:val="002F5AB3"/>
    <w:rsid w:val="002F6650"/>
    <w:rsid w:val="002F67A0"/>
    <w:rsid w:val="002F78EE"/>
    <w:rsid w:val="0030333C"/>
    <w:rsid w:val="00304D11"/>
    <w:rsid w:val="00305BF5"/>
    <w:rsid w:val="00306009"/>
    <w:rsid w:val="00306ABA"/>
    <w:rsid w:val="0030782A"/>
    <w:rsid w:val="003124B0"/>
    <w:rsid w:val="0031432C"/>
    <w:rsid w:val="003173F2"/>
    <w:rsid w:val="003174E6"/>
    <w:rsid w:val="00320645"/>
    <w:rsid w:val="0032217F"/>
    <w:rsid w:val="003268A0"/>
    <w:rsid w:val="00326F90"/>
    <w:rsid w:val="00331DE2"/>
    <w:rsid w:val="003325AE"/>
    <w:rsid w:val="00332B53"/>
    <w:rsid w:val="00332D36"/>
    <w:rsid w:val="0033722E"/>
    <w:rsid w:val="00341C50"/>
    <w:rsid w:val="00344933"/>
    <w:rsid w:val="00345494"/>
    <w:rsid w:val="0035145B"/>
    <w:rsid w:val="00357F1B"/>
    <w:rsid w:val="003603A0"/>
    <w:rsid w:val="00361031"/>
    <w:rsid w:val="00362ACE"/>
    <w:rsid w:val="00362B23"/>
    <w:rsid w:val="00364AB9"/>
    <w:rsid w:val="00365F1D"/>
    <w:rsid w:val="00366FB0"/>
    <w:rsid w:val="00370A5E"/>
    <w:rsid w:val="00372352"/>
    <w:rsid w:val="00372FE5"/>
    <w:rsid w:val="00374D9D"/>
    <w:rsid w:val="003752AF"/>
    <w:rsid w:val="003755CC"/>
    <w:rsid w:val="00376671"/>
    <w:rsid w:val="003774A7"/>
    <w:rsid w:val="00382757"/>
    <w:rsid w:val="003832FA"/>
    <w:rsid w:val="00386CEC"/>
    <w:rsid w:val="003870B2"/>
    <w:rsid w:val="00387C10"/>
    <w:rsid w:val="00390F8E"/>
    <w:rsid w:val="00392857"/>
    <w:rsid w:val="00393962"/>
    <w:rsid w:val="0039493F"/>
    <w:rsid w:val="00397D25"/>
    <w:rsid w:val="003A16AC"/>
    <w:rsid w:val="003A6192"/>
    <w:rsid w:val="003A6487"/>
    <w:rsid w:val="003A650E"/>
    <w:rsid w:val="003B3142"/>
    <w:rsid w:val="003B3DF5"/>
    <w:rsid w:val="003B7BD2"/>
    <w:rsid w:val="003C1048"/>
    <w:rsid w:val="003C19C9"/>
    <w:rsid w:val="003C5A34"/>
    <w:rsid w:val="003C6AE3"/>
    <w:rsid w:val="003D641A"/>
    <w:rsid w:val="003D7898"/>
    <w:rsid w:val="003D793C"/>
    <w:rsid w:val="003E0E59"/>
    <w:rsid w:val="003E1DA0"/>
    <w:rsid w:val="003E239F"/>
    <w:rsid w:val="003E2FB9"/>
    <w:rsid w:val="003E4E16"/>
    <w:rsid w:val="003E6FE9"/>
    <w:rsid w:val="003F0BDE"/>
    <w:rsid w:val="003F1096"/>
    <w:rsid w:val="003F15AB"/>
    <w:rsid w:val="003F222F"/>
    <w:rsid w:val="003F5A49"/>
    <w:rsid w:val="003F608F"/>
    <w:rsid w:val="003F6872"/>
    <w:rsid w:val="00400522"/>
    <w:rsid w:val="00400662"/>
    <w:rsid w:val="0040114D"/>
    <w:rsid w:val="004029CE"/>
    <w:rsid w:val="0040489D"/>
    <w:rsid w:val="00404B52"/>
    <w:rsid w:val="00407615"/>
    <w:rsid w:val="0041160D"/>
    <w:rsid w:val="00411E66"/>
    <w:rsid w:val="00415F23"/>
    <w:rsid w:val="00416FC0"/>
    <w:rsid w:val="00417023"/>
    <w:rsid w:val="004229C8"/>
    <w:rsid w:val="00422EF9"/>
    <w:rsid w:val="00423AEB"/>
    <w:rsid w:val="0042628D"/>
    <w:rsid w:val="0042695C"/>
    <w:rsid w:val="00431B8B"/>
    <w:rsid w:val="004328FF"/>
    <w:rsid w:val="00433E41"/>
    <w:rsid w:val="004350C2"/>
    <w:rsid w:val="004364B3"/>
    <w:rsid w:val="0043797B"/>
    <w:rsid w:val="004414FD"/>
    <w:rsid w:val="0044188F"/>
    <w:rsid w:val="00444123"/>
    <w:rsid w:val="004442B6"/>
    <w:rsid w:val="0044668D"/>
    <w:rsid w:val="00446AB7"/>
    <w:rsid w:val="00447749"/>
    <w:rsid w:val="00450484"/>
    <w:rsid w:val="00451A3E"/>
    <w:rsid w:val="00451F63"/>
    <w:rsid w:val="00456F43"/>
    <w:rsid w:val="004576B9"/>
    <w:rsid w:val="00462028"/>
    <w:rsid w:val="004647A0"/>
    <w:rsid w:val="00467726"/>
    <w:rsid w:val="00471912"/>
    <w:rsid w:val="00472A30"/>
    <w:rsid w:val="00473104"/>
    <w:rsid w:val="0047521A"/>
    <w:rsid w:val="00477D0E"/>
    <w:rsid w:val="004805A3"/>
    <w:rsid w:val="00481566"/>
    <w:rsid w:val="00482162"/>
    <w:rsid w:val="004822C1"/>
    <w:rsid w:val="00482CCE"/>
    <w:rsid w:val="00483282"/>
    <w:rsid w:val="00483D90"/>
    <w:rsid w:val="0048587F"/>
    <w:rsid w:val="00486168"/>
    <w:rsid w:val="00486CEF"/>
    <w:rsid w:val="00487B63"/>
    <w:rsid w:val="00495629"/>
    <w:rsid w:val="0049749A"/>
    <w:rsid w:val="004A016D"/>
    <w:rsid w:val="004A0F7B"/>
    <w:rsid w:val="004A13C1"/>
    <w:rsid w:val="004A1D21"/>
    <w:rsid w:val="004A6346"/>
    <w:rsid w:val="004A7449"/>
    <w:rsid w:val="004A7D0D"/>
    <w:rsid w:val="004B30D9"/>
    <w:rsid w:val="004B560C"/>
    <w:rsid w:val="004C0AFC"/>
    <w:rsid w:val="004C39F1"/>
    <w:rsid w:val="004C705C"/>
    <w:rsid w:val="004D0D33"/>
    <w:rsid w:val="004D21E5"/>
    <w:rsid w:val="004D237C"/>
    <w:rsid w:val="004D37CF"/>
    <w:rsid w:val="004D3F05"/>
    <w:rsid w:val="004D590E"/>
    <w:rsid w:val="004E04FA"/>
    <w:rsid w:val="004E1FEA"/>
    <w:rsid w:val="004E2A4C"/>
    <w:rsid w:val="004E4570"/>
    <w:rsid w:val="004E4867"/>
    <w:rsid w:val="004E4A0F"/>
    <w:rsid w:val="004E4C07"/>
    <w:rsid w:val="004E5718"/>
    <w:rsid w:val="004E78C4"/>
    <w:rsid w:val="004F3CB6"/>
    <w:rsid w:val="004F617B"/>
    <w:rsid w:val="005003AD"/>
    <w:rsid w:val="005013EB"/>
    <w:rsid w:val="00501CD0"/>
    <w:rsid w:val="00502A73"/>
    <w:rsid w:val="0050323D"/>
    <w:rsid w:val="00503DFC"/>
    <w:rsid w:val="00511E76"/>
    <w:rsid w:val="005129E9"/>
    <w:rsid w:val="005204CE"/>
    <w:rsid w:val="00521506"/>
    <w:rsid w:val="00527B9E"/>
    <w:rsid w:val="00532434"/>
    <w:rsid w:val="0053558F"/>
    <w:rsid w:val="00535A84"/>
    <w:rsid w:val="005402BA"/>
    <w:rsid w:val="005406E9"/>
    <w:rsid w:val="00542176"/>
    <w:rsid w:val="00543BDA"/>
    <w:rsid w:val="00545CB8"/>
    <w:rsid w:val="0054658E"/>
    <w:rsid w:val="00550477"/>
    <w:rsid w:val="00551C04"/>
    <w:rsid w:val="00551DB6"/>
    <w:rsid w:val="005538DF"/>
    <w:rsid w:val="005616B4"/>
    <w:rsid w:val="005616FF"/>
    <w:rsid w:val="00563116"/>
    <w:rsid w:val="00564238"/>
    <w:rsid w:val="00564D89"/>
    <w:rsid w:val="005723F4"/>
    <w:rsid w:val="005727EC"/>
    <w:rsid w:val="0057475E"/>
    <w:rsid w:val="005779A7"/>
    <w:rsid w:val="00580D3E"/>
    <w:rsid w:val="00581E02"/>
    <w:rsid w:val="00582A82"/>
    <w:rsid w:val="00583938"/>
    <w:rsid w:val="005859B2"/>
    <w:rsid w:val="00586A6D"/>
    <w:rsid w:val="00592B94"/>
    <w:rsid w:val="00592D27"/>
    <w:rsid w:val="00593DD8"/>
    <w:rsid w:val="00594B38"/>
    <w:rsid w:val="00596843"/>
    <w:rsid w:val="00596D52"/>
    <w:rsid w:val="005977EE"/>
    <w:rsid w:val="005A0662"/>
    <w:rsid w:val="005A195F"/>
    <w:rsid w:val="005A32A8"/>
    <w:rsid w:val="005A3BEE"/>
    <w:rsid w:val="005A3CB7"/>
    <w:rsid w:val="005A4ED0"/>
    <w:rsid w:val="005A5E83"/>
    <w:rsid w:val="005B022D"/>
    <w:rsid w:val="005B4956"/>
    <w:rsid w:val="005B59C7"/>
    <w:rsid w:val="005B6082"/>
    <w:rsid w:val="005B7CCF"/>
    <w:rsid w:val="005C4642"/>
    <w:rsid w:val="005C47E0"/>
    <w:rsid w:val="005C6225"/>
    <w:rsid w:val="005C7DD6"/>
    <w:rsid w:val="005D6E75"/>
    <w:rsid w:val="005E0557"/>
    <w:rsid w:val="005E138F"/>
    <w:rsid w:val="005E2064"/>
    <w:rsid w:val="005E71E0"/>
    <w:rsid w:val="005F2B89"/>
    <w:rsid w:val="005F4B9F"/>
    <w:rsid w:val="005F7298"/>
    <w:rsid w:val="005F72DE"/>
    <w:rsid w:val="00600092"/>
    <w:rsid w:val="0060297E"/>
    <w:rsid w:val="00605164"/>
    <w:rsid w:val="006064C8"/>
    <w:rsid w:val="00606CA5"/>
    <w:rsid w:val="0061237A"/>
    <w:rsid w:val="00621625"/>
    <w:rsid w:val="00632578"/>
    <w:rsid w:val="00632F06"/>
    <w:rsid w:val="00635EE9"/>
    <w:rsid w:val="00637F9B"/>
    <w:rsid w:val="00643E6D"/>
    <w:rsid w:val="00651CF6"/>
    <w:rsid w:val="006521ED"/>
    <w:rsid w:val="006524A7"/>
    <w:rsid w:val="0065692A"/>
    <w:rsid w:val="00656B6C"/>
    <w:rsid w:val="00660835"/>
    <w:rsid w:val="00663316"/>
    <w:rsid w:val="00665E44"/>
    <w:rsid w:val="006707D7"/>
    <w:rsid w:val="00670A5B"/>
    <w:rsid w:val="006715C7"/>
    <w:rsid w:val="00671751"/>
    <w:rsid w:val="0067358A"/>
    <w:rsid w:val="006735C8"/>
    <w:rsid w:val="0067619D"/>
    <w:rsid w:val="00676CE7"/>
    <w:rsid w:val="00680589"/>
    <w:rsid w:val="00680AEB"/>
    <w:rsid w:val="0068168B"/>
    <w:rsid w:val="0068346E"/>
    <w:rsid w:val="006836E3"/>
    <w:rsid w:val="006854E0"/>
    <w:rsid w:val="00686BF8"/>
    <w:rsid w:val="00690D52"/>
    <w:rsid w:val="00691C8D"/>
    <w:rsid w:val="00692BA5"/>
    <w:rsid w:val="00692E1F"/>
    <w:rsid w:val="0069446D"/>
    <w:rsid w:val="00694941"/>
    <w:rsid w:val="00697214"/>
    <w:rsid w:val="006973AE"/>
    <w:rsid w:val="00697D45"/>
    <w:rsid w:val="006A10C7"/>
    <w:rsid w:val="006A31A7"/>
    <w:rsid w:val="006A4E7F"/>
    <w:rsid w:val="006B0110"/>
    <w:rsid w:val="006B1CE9"/>
    <w:rsid w:val="006B5553"/>
    <w:rsid w:val="006B601B"/>
    <w:rsid w:val="006C056D"/>
    <w:rsid w:val="006C0C23"/>
    <w:rsid w:val="006C1237"/>
    <w:rsid w:val="006C1A84"/>
    <w:rsid w:val="006C1B93"/>
    <w:rsid w:val="006C2305"/>
    <w:rsid w:val="006C2B4A"/>
    <w:rsid w:val="006C3EC9"/>
    <w:rsid w:val="006C4671"/>
    <w:rsid w:val="006C7AD8"/>
    <w:rsid w:val="006D0458"/>
    <w:rsid w:val="006D357F"/>
    <w:rsid w:val="006D378E"/>
    <w:rsid w:val="006D4935"/>
    <w:rsid w:val="006D4B4B"/>
    <w:rsid w:val="006D6D5D"/>
    <w:rsid w:val="006D71DC"/>
    <w:rsid w:val="006E0948"/>
    <w:rsid w:val="006E1580"/>
    <w:rsid w:val="006E1F78"/>
    <w:rsid w:val="006E4A87"/>
    <w:rsid w:val="006E5153"/>
    <w:rsid w:val="006F1E6C"/>
    <w:rsid w:val="006F2DC7"/>
    <w:rsid w:val="006F36D8"/>
    <w:rsid w:val="006F501B"/>
    <w:rsid w:val="006F5247"/>
    <w:rsid w:val="006F5C72"/>
    <w:rsid w:val="006F63B6"/>
    <w:rsid w:val="007004CA"/>
    <w:rsid w:val="00702C5C"/>
    <w:rsid w:val="007052F9"/>
    <w:rsid w:val="0070544A"/>
    <w:rsid w:val="007061B6"/>
    <w:rsid w:val="00706D81"/>
    <w:rsid w:val="007074E4"/>
    <w:rsid w:val="00707CF9"/>
    <w:rsid w:val="00712FF6"/>
    <w:rsid w:val="00714876"/>
    <w:rsid w:val="00714A97"/>
    <w:rsid w:val="0071563F"/>
    <w:rsid w:val="007200EF"/>
    <w:rsid w:val="007206C2"/>
    <w:rsid w:val="00722631"/>
    <w:rsid w:val="00722A0F"/>
    <w:rsid w:val="00725B90"/>
    <w:rsid w:val="00725CE9"/>
    <w:rsid w:val="0072724A"/>
    <w:rsid w:val="007318B3"/>
    <w:rsid w:val="0073289C"/>
    <w:rsid w:val="007364C8"/>
    <w:rsid w:val="00736B65"/>
    <w:rsid w:val="00741C4C"/>
    <w:rsid w:val="00742323"/>
    <w:rsid w:val="00742B19"/>
    <w:rsid w:val="00742B4A"/>
    <w:rsid w:val="00743F0A"/>
    <w:rsid w:val="007440E2"/>
    <w:rsid w:val="00752776"/>
    <w:rsid w:val="00753709"/>
    <w:rsid w:val="00753C48"/>
    <w:rsid w:val="007569B4"/>
    <w:rsid w:val="00756F67"/>
    <w:rsid w:val="00760D00"/>
    <w:rsid w:val="00762EFD"/>
    <w:rsid w:val="0076478C"/>
    <w:rsid w:val="00764DE3"/>
    <w:rsid w:val="00765908"/>
    <w:rsid w:val="00767990"/>
    <w:rsid w:val="0077116B"/>
    <w:rsid w:val="00773322"/>
    <w:rsid w:val="00777696"/>
    <w:rsid w:val="007809F3"/>
    <w:rsid w:val="00781B6A"/>
    <w:rsid w:val="00782D47"/>
    <w:rsid w:val="00784223"/>
    <w:rsid w:val="00784ADB"/>
    <w:rsid w:val="00786147"/>
    <w:rsid w:val="00787386"/>
    <w:rsid w:val="00787C2B"/>
    <w:rsid w:val="007947B1"/>
    <w:rsid w:val="00794E67"/>
    <w:rsid w:val="00797AD1"/>
    <w:rsid w:val="007A0A05"/>
    <w:rsid w:val="007A16DC"/>
    <w:rsid w:val="007A24DA"/>
    <w:rsid w:val="007A648F"/>
    <w:rsid w:val="007B0B71"/>
    <w:rsid w:val="007B185B"/>
    <w:rsid w:val="007B2885"/>
    <w:rsid w:val="007B2928"/>
    <w:rsid w:val="007B4B64"/>
    <w:rsid w:val="007B4C4B"/>
    <w:rsid w:val="007B545C"/>
    <w:rsid w:val="007B583E"/>
    <w:rsid w:val="007C08B2"/>
    <w:rsid w:val="007C58B0"/>
    <w:rsid w:val="007C6F79"/>
    <w:rsid w:val="007D1146"/>
    <w:rsid w:val="007D1656"/>
    <w:rsid w:val="007D49C4"/>
    <w:rsid w:val="007D5C5E"/>
    <w:rsid w:val="007D7720"/>
    <w:rsid w:val="007D7C1E"/>
    <w:rsid w:val="007D7DFD"/>
    <w:rsid w:val="007E5D05"/>
    <w:rsid w:val="007E6FC8"/>
    <w:rsid w:val="007E7F2C"/>
    <w:rsid w:val="007F0F4E"/>
    <w:rsid w:val="007F4333"/>
    <w:rsid w:val="007F5C44"/>
    <w:rsid w:val="007F6B01"/>
    <w:rsid w:val="007F7C49"/>
    <w:rsid w:val="00800A09"/>
    <w:rsid w:val="00800B03"/>
    <w:rsid w:val="0080166B"/>
    <w:rsid w:val="008034C2"/>
    <w:rsid w:val="00805B67"/>
    <w:rsid w:val="00805C0E"/>
    <w:rsid w:val="00805CAE"/>
    <w:rsid w:val="008063E4"/>
    <w:rsid w:val="008105B8"/>
    <w:rsid w:val="00811511"/>
    <w:rsid w:val="0081166A"/>
    <w:rsid w:val="00811B28"/>
    <w:rsid w:val="00813F7C"/>
    <w:rsid w:val="008156A8"/>
    <w:rsid w:val="0081648B"/>
    <w:rsid w:val="00816D21"/>
    <w:rsid w:val="008179A7"/>
    <w:rsid w:val="0082095D"/>
    <w:rsid w:val="008212E3"/>
    <w:rsid w:val="00821D57"/>
    <w:rsid w:val="00824B6C"/>
    <w:rsid w:val="008258C4"/>
    <w:rsid w:val="00825CDC"/>
    <w:rsid w:val="008277A1"/>
    <w:rsid w:val="00827AE5"/>
    <w:rsid w:val="00833ADD"/>
    <w:rsid w:val="008360C9"/>
    <w:rsid w:val="00836C5C"/>
    <w:rsid w:val="00836CDE"/>
    <w:rsid w:val="00837812"/>
    <w:rsid w:val="0084014C"/>
    <w:rsid w:val="00841DCC"/>
    <w:rsid w:val="00844F5A"/>
    <w:rsid w:val="008450E9"/>
    <w:rsid w:val="008467C6"/>
    <w:rsid w:val="00850518"/>
    <w:rsid w:val="008533FD"/>
    <w:rsid w:val="00854505"/>
    <w:rsid w:val="008550B0"/>
    <w:rsid w:val="00860377"/>
    <w:rsid w:val="0086132C"/>
    <w:rsid w:val="00863055"/>
    <w:rsid w:val="00863948"/>
    <w:rsid w:val="0086791E"/>
    <w:rsid w:val="00871567"/>
    <w:rsid w:val="0087629B"/>
    <w:rsid w:val="00876C76"/>
    <w:rsid w:val="00876DFA"/>
    <w:rsid w:val="008801C5"/>
    <w:rsid w:val="00880C31"/>
    <w:rsid w:val="008814D1"/>
    <w:rsid w:val="00881771"/>
    <w:rsid w:val="00883BCD"/>
    <w:rsid w:val="008862F0"/>
    <w:rsid w:val="0088687B"/>
    <w:rsid w:val="00890439"/>
    <w:rsid w:val="00891C97"/>
    <w:rsid w:val="00892A77"/>
    <w:rsid w:val="0089347E"/>
    <w:rsid w:val="00893CA8"/>
    <w:rsid w:val="00895541"/>
    <w:rsid w:val="00896515"/>
    <w:rsid w:val="00896F22"/>
    <w:rsid w:val="00897754"/>
    <w:rsid w:val="008A0F4D"/>
    <w:rsid w:val="008A1F98"/>
    <w:rsid w:val="008A27AE"/>
    <w:rsid w:val="008A74FB"/>
    <w:rsid w:val="008B1C34"/>
    <w:rsid w:val="008B2783"/>
    <w:rsid w:val="008B2CA2"/>
    <w:rsid w:val="008B6DBF"/>
    <w:rsid w:val="008C5E87"/>
    <w:rsid w:val="008C650C"/>
    <w:rsid w:val="008C6B0C"/>
    <w:rsid w:val="008D095C"/>
    <w:rsid w:val="008D0F84"/>
    <w:rsid w:val="008E1123"/>
    <w:rsid w:val="008E3DE0"/>
    <w:rsid w:val="008E5432"/>
    <w:rsid w:val="008F1B3C"/>
    <w:rsid w:val="008F24A5"/>
    <w:rsid w:val="008F56F2"/>
    <w:rsid w:val="00901A2D"/>
    <w:rsid w:val="00903445"/>
    <w:rsid w:val="00903EB9"/>
    <w:rsid w:val="00904790"/>
    <w:rsid w:val="009075F8"/>
    <w:rsid w:val="00907E0D"/>
    <w:rsid w:val="00910C69"/>
    <w:rsid w:val="00914BD0"/>
    <w:rsid w:val="00915100"/>
    <w:rsid w:val="00917AD8"/>
    <w:rsid w:val="00917DE1"/>
    <w:rsid w:val="009235FC"/>
    <w:rsid w:val="00924121"/>
    <w:rsid w:val="009266E3"/>
    <w:rsid w:val="00931706"/>
    <w:rsid w:val="009318D1"/>
    <w:rsid w:val="00931E4C"/>
    <w:rsid w:val="00933D45"/>
    <w:rsid w:val="009363AE"/>
    <w:rsid w:val="009435CC"/>
    <w:rsid w:val="009441CA"/>
    <w:rsid w:val="009448F0"/>
    <w:rsid w:val="00944BE9"/>
    <w:rsid w:val="009451B9"/>
    <w:rsid w:val="009457C3"/>
    <w:rsid w:val="009477B2"/>
    <w:rsid w:val="00947A80"/>
    <w:rsid w:val="009561C3"/>
    <w:rsid w:val="009570A7"/>
    <w:rsid w:val="00962016"/>
    <w:rsid w:val="009630C0"/>
    <w:rsid w:val="0096315C"/>
    <w:rsid w:val="0096337A"/>
    <w:rsid w:val="00966174"/>
    <w:rsid w:val="009662FA"/>
    <w:rsid w:val="00971D80"/>
    <w:rsid w:val="00972BF7"/>
    <w:rsid w:val="00973D26"/>
    <w:rsid w:val="00975C9F"/>
    <w:rsid w:val="00980FC5"/>
    <w:rsid w:val="00982170"/>
    <w:rsid w:val="009822B6"/>
    <w:rsid w:val="00982CB3"/>
    <w:rsid w:val="00983D79"/>
    <w:rsid w:val="009845F4"/>
    <w:rsid w:val="00984A7D"/>
    <w:rsid w:val="0098550F"/>
    <w:rsid w:val="00985A0F"/>
    <w:rsid w:val="00986F18"/>
    <w:rsid w:val="0099118C"/>
    <w:rsid w:val="009914A7"/>
    <w:rsid w:val="00991839"/>
    <w:rsid w:val="0099379D"/>
    <w:rsid w:val="00996356"/>
    <w:rsid w:val="009973E2"/>
    <w:rsid w:val="009A0BCC"/>
    <w:rsid w:val="009A2BFE"/>
    <w:rsid w:val="009A472F"/>
    <w:rsid w:val="009B271A"/>
    <w:rsid w:val="009B2C57"/>
    <w:rsid w:val="009B4EBA"/>
    <w:rsid w:val="009B679D"/>
    <w:rsid w:val="009B7F89"/>
    <w:rsid w:val="009C01B0"/>
    <w:rsid w:val="009C0207"/>
    <w:rsid w:val="009C07B5"/>
    <w:rsid w:val="009C294F"/>
    <w:rsid w:val="009C2A0E"/>
    <w:rsid w:val="009C5528"/>
    <w:rsid w:val="009C6B78"/>
    <w:rsid w:val="009C6D14"/>
    <w:rsid w:val="009D0960"/>
    <w:rsid w:val="009D187C"/>
    <w:rsid w:val="009D4F4D"/>
    <w:rsid w:val="009D5B17"/>
    <w:rsid w:val="009E1F42"/>
    <w:rsid w:val="009E305E"/>
    <w:rsid w:val="009E65AF"/>
    <w:rsid w:val="009E6C61"/>
    <w:rsid w:val="009E744D"/>
    <w:rsid w:val="009E7767"/>
    <w:rsid w:val="009F2ABE"/>
    <w:rsid w:val="00A0339F"/>
    <w:rsid w:val="00A05A51"/>
    <w:rsid w:val="00A06D11"/>
    <w:rsid w:val="00A149C5"/>
    <w:rsid w:val="00A14EEF"/>
    <w:rsid w:val="00A14FE5"/>
    <w:rsid w:val="00A15153"/>
    <w:rsid w:val="00A170B9"/>
    <w:rsid w:val="00A20B15"/>
    <w:rsid w:val="00A21087"/>
    <w:rsid w:val="00A21A86"/>
    <w:rsid w:val="00A24D34"/>
    <w:rsid w:val="00A262B8"/>
    <w:rsid w:val="00A30A26"/>
    <w:rsid w:val="00A349D7"/>
    <w:rsid w:val="00A3645A"/>
    <w:rsid w:val="00A3716C"/>
    <w:rsid w:val="00A41A81"/>
    <w:rsid w:val="00A441DA"/>
    <w:rsid w:val="00A45021"/>
    <w:rsid w:val="00A461BF"/>
    <w:rsid w:val="00A47200"/>
    <w:rsid w:val="00A53EEB"/>
    <w:rsid w:val="00A56CA8"/>
    <w:rsid w:val="00A57587"/>
    <w:rsid w:val="00A62504"/>
    <w:rsid w:val="00A63F58"/>
    <w:rsid w:val="00A656D2"/>
    <w:rsid w:val="00A6583A"/>
    <w:rsid w:val="00A659CC"/>
    <w:rsid w:val="00A676C4"/>
    <w:rsid w:val="00A705EF"/>
    <w:rsid w:val="00A72DAA"/>
    <w:rsid w:val="00A74BB7"/>
    <w:rsid w:val="00A80457"/>
    <w:rsid w:val="00A80BB1"/>
    <w:rsid w:val="00A8153D"/>
    <w:rsid w:val="00A83297"/>
    <w:rsid w:val="00A84D3E"/>
    <w:rsid w:val="00A852CA"/>
    <w:rsid w:val="00A86204"/>
    <w:rsid w:val="00A874D6"/>
    <w:rsid w:val="00A87D28"/>
    <w:rsid w:val="00A93B39"/>
    <w:rsid w:val="00A941C0"/>
    <w:rsid w:val="00A94C0F"/>
    <w:rsid w:val="00A975B6"/>
    <w:rsid w:val="00A97EF5"/>
    <w:rsid w:val="00AA1489"/>
    <w:rsid w:val="00AA1953"/>
    <w:rsid w:val="00AA1D57"/>
    <w:rsid w:val="00AA1D8D"/>
    <w:rsid w:val="00AA2096"/>
    <w:rsid w:val="00AA3361"/>
    <w:rsid w:val="00AA3CB4"/>
    <w:rsid w:val="00AA68DF"/>
    <w:rsid w:val="00AB073A"/>
    <w:rsid w:val="00AB1976"/>
    <w:rsid w:val="00AB529A"/>
    <w:rsid w:val="00AB61C8"/>
    <w:rsid w:val="00AB6408"/>
    <w:rsid w:val="00AB69BB"/>
    <w:rsid w:val="00AB6ABC"/>
    <w:rsid w:val="00AB7747"/>
    <w:rsid w:val="00AC0158"/>
    <w:rsid w:val="00AC6FED"/>
    <w:rsid w:val="00AD370E"/>
    <w:rsid w:val="00AD5471"/>
    <w:rsid w:val="00AD6CB7"/>
    <w:rsid w:val="00AE06B9"/>
    <w:rsid w:val="00AE3007"/>
    <w:rsid w:val="00AE3570"/>
    <w:rsid w:val="00AE4641"/>
    <w:rsid w:val="00AE4A54"/>
    <w:rsid w:val="00AE5752"/>
    <w:rsid w:val="00AE7289"/>
    <w:rsid w:val="00AE795F"/>
    <w:rsid w:val="00AF05F1"/>
    <w:rsid w:val="00AF761B"/>
    <w:rsid w:val="00AF7A14"/>
    <w:rsid w:val="00AF7E56"/>
    <w:rsid w:val="00B0291A"/>
    <w:rsid w:val="00B038E2"/>
    <w:rsid w:val="00B06CD0"/>
    <w:rsid w:val="00B06EFB"/>
    <w:rsid w:val="00B07525"/>
    <w:rsid w:val="00B1088D"/>
    <w:rsid w:val="00B10EFB"/>
    <w:rsid w:val="00B10F3A"/>
    <w:rsid w:val="00B135D4"/>
    <w:rsid w:val="00B1364E"/>
    <w:rsid w:val="00B13932"/>
    <w:rsid w:val="00B16B33"/>
    <w:rsid w:val="00B172DA"/>
    <w:rsid w:val="00B2116B"/>
    <w:rsid w:val="00B22E1F"/>
    <w:rsid w:val="00B234B0"/>
    <w:rsid w:val="00B242C0"/>
    <w:rsid w:val="00B24350"/>
    <w:rsid w:val="00B26313"/>
    <w:rsid w:val="00B266DB"/>
    <w:rsid w:val="00B26CAA"/>
    <w:rsid w:val="00B27301"/>
    <w:rsid w:val="00B3314F"/>
    <w:rsid w:val="00B34E5F"/>
    <w:rsid w:val="00B35BB5"/>
    <w:rsid w:val="00B35F58"/>
    <w:rsid w:val="00B3725A"/>
    <w:rsid w:val="00B37D57"/>
    <w:rsid w:val="00B4291A"/>
    <w:rsid w:val="00B445D8"/>
    <w:rsid w:val="00B46385"/>
    <w:rsid w:val="00B47730"/>
    <w:rsid w:val="00B53186"/>
    <w:rsid w:val="00B54726"/>
    <w:rsid w:val="00B65047"/>
    <w:rsid w:val="00B65B60"/>
    <w:rsid w:val="00B65FA5"/>
    <w:rsid w:val="00B66210"/>
    <w:rsid w:val="00B7205C"/>
    <w:rsid w:val="00B72768"/>
    <w:rsid w:val="00B752C3"/>
    <w:rsid w:val="00B763D2"/>
    <w:rsid w:val="00B8045B"/>
    <w:rsid w:val="00B80852"/>
    <w:rsid w:val="00B81D98"/>
    <w:rsid w:val="00B86AE4"/>
    <w:rsid w:val="00B86FB9"/>
    <w:rsid w:val="00B902CB"/>
    <w:rsid w:val="00B91B69"/>
    <w:rsid w:val="00B93562"/>
    <w:rsid w:val="00B950DE"/>
    <w:rsid w:val="00B95601"/>
    <w:rsid w:val="00B95936"/>
    <w:rsid w:val="00B96E12"/>
    <w:rsid w:val="00B97AE7"/>
    <w:rsid w:val="00BA37B7"/>
    <w:rsid w:val="00BA64E3"/>
    <w:rsid w:val="00BA6FD5"/>
    <w:rsid w:val="00BA7394"/>
    <w:rsid w:val="00BB0C0B"/>
    <w:rsid w:val="00BB0C52"/>
    <w:rsid w:val="00BB125A"/>
    <w:rsid w:val="00BB21F7"/>
    <w:rsid w:val="00BB37F0"/>
    <w:rsid w:val="00BB3F26"/>
    <w:rsid w:val="00BB6BB2"/>
    <w:rsid w:val="00BB6FF2"/>
    <w:rsid w:val="00BB71B6"/>
    <w:rsid w:val="00BC157A"/>
    <w:rsid w:val="00BC272F"/>
    <w:rsid w:val="00BD629D"/>
    <w:rsid w:val="00BE2953"/>
    <w:rsid w:val="00BE6A77"/>
    <w:rsid w:val="00BF2296"/>
    <w:rsid w:val="00BF2C41"/>
    <w:rsid w:val="00BF3D58"/>
    <w:rsid w:val="00BF3F23"/>
    <w:rsid w:val="00BF51B7"/>
    <w:rsid w:val="00BF78EC"/>
    <w:rsid w:val="00C010A2"/>
    <w:rsid w:val="00C01A1E"/>
    <w:rsid w:val="00C01BBE"/>
    <w:rsid w:val="00C030CE"/>
    <w:rsid w:val="00C037AE"/>
    <w:rsid w:val="00C04178"/>
    <w:rsid w:val="00C0624C"/>
    <w:rsid w:val="00C16936"/>
    <w:rsid w:val="00C179E8"/>
    <w:rsid w:val="00C20A8D"/>
    <w:rsid w:val="00C2136D"/>
    <w:rsid w:val="00C24B92"/>
    <w:rsid w:val="00C310AA"/>
    <w:rsid w:val="00C3262B"/>
    <w:rsid w:val="00C361ED"/>
    <w:rsid w:val="00C36EA5"/>
    <w:rsid w:val="00C4041B"/>
    <w:rsid w:val="00C41933"/>
    <w:rsid w:val="00C43BA0"/>
    <w:rsid w:val="00C462A9"/>
    <w:rsid w:val="00C46A5F"/>
    <w:rsid w:val="00C474B7"/>
    <w:rsid w:val="00C53AA9"/>
    <w:rsid w:val="00C549AB"/>
    <w:rsid w:val="00C55146"/>
    <w:rsid w:val="00C55E1E"/>
    <w:rsid w:val="00C56E51"/>
    <w:rsid w:val="00C6005C"/>
    <w:rsid w:val="00C63811"/>
    <w:rsid w:val="00C644C7"/>
    <w:rsid w:val="00C663D6"/>
    <w:rsid w:val="00C71161"/>
    <w:rsid w:val="00C71C8A"/>
    <w:rsid w:val="00C71E8E"/>
    <w:rsid w:val="00C72BA1"/>
    <w:rsid w:val="00C76AE2"/>
    <w:rsid w:val="00C861FA"/>
    <w:rsid w:val="00C86CC5"/>
    <w:rsid w:val="00C87852"/>
    <w:rsid w:val="00C926E0"/>
    <w:rsid w:val="00C92BFC"/>
    <w:rsid w:val="00C96270"/>
    <w:rsid w:val="00C965A6"/>
    <w:rsid w:val="00C9670C"/>
    <w:rsid w:val="00C9741F"/>
    <w:rsid w:val="00CA0CFF"/>
    <w:rsid w:val="00CA1BA7"/>
    <w:rsid w:val="00CA254B"/>
    <w:rsid w:val="00CB0664"/>
    <w:rsid w:val="00CB0B62"/>
    <w:rsid w:val="00CB2CEB"/>
    <w:rsid w:val="00CB424C"/>
    <w:rsid w:val="00CB552A"/>
    <w:rsid w:val="00CB6E2B"/>
    <w:rsid w:val="00CC537D"/>
    <w:rsid w:val="00CC686B"/>
    <w:rsid w:val="00CC6E0F"/>
    <w:rsid w:val="00CD02B0"/>
    <w:rsid w:val="00CD2FC1"/>
    <w:rsid w:val="00CD5154"/>
    <w:rsid w:val="00CD6A92"/>
    <w:rsid w:val="00CE035A"/>
    <w:rsid w:val="00CE28F3"/>
    <w:rsid w:val="00CE2B59"/>
    <w:rsid w:val="00CE7243"/>
    <w:rsid w:val="00CE736C"/>
    <w:rsid w:val="00CE76E0"/>
    <w:rsid w:val="00CF0353"/>
    <w:rsid w:val="00CF0CD0"/>
    <w:rsid w:val="00CF17D5"/>
    <w:rsid w:val="00CF1966"/>
    <w:rsid w:val="00CF712A"/>
    <w:rsid w:val="00CF73B1"/>
    <w:rsid w:val="00D00710"/>
    <w:rsid w:val="00D01CB9"/>
    <w:rsid w:val="00D04723"/>
    <w:rsid w:val="00D053A2"/>
    <w:rsid w:val="00D0592B"/>
    <w:rsid w:val="00D12673"/>
    <w:rsid w:val="00D1465D"/>
    <w:rsid w:val="00D15528"/>
    <w:rsid w:val="00D1590A"/>
    <w:rsid w:val="00D2061A"/>
    <w:rsid w:val="00D2089E"/>
    <w:rsid w:val="00D212C7"/>
    <w:rsid w:val="00D24367"/>
    <w:rsid w:val="00D27677"/>
    <w:rsid w:val="00D2786A"/>
    <w:rsid w:val="00D316D3"/>
    <w:rsid w:val="00D32EDF"/>
    <w:rsid w:val="00D32F5F"/>
    <w:rsid w:val="00D33FAC"/>
    <w:rsid w:val="00D40A65"/>
    <w:rsid w:val="00D4191B"/>
    <w:rsid w:val="00D42028"/>
    <w:rsid w:val="00D43371"/>
    <w:rsid w:val="00D444E4"/>
    <w:rsid w:val="00D44BED"/>
    <w:rsid w:val="00D45B03"/>
    <w:rsid w:val="00D46117"/>
    <w:rsid w:val="00D5030A"/>
    <w:rsid w:val="00D504F9"/>
    <w:rsid w:val="00D50514"/>
    <w:rsid w:val="00D51E69"/>
    <w:rsid w:val="00D5535B"/>
    <w:rsid w:val="00D61435"/>
    <w:rsid w:val="00D61C6D"/>
    <w:rsid w:val="00D6300E"/>
    <w:rsid w:val="00D65058"/>
    <w:rsid w:val="00D6742B"/>
    <w:rsid w:val="00D676CA"/>
    <w:rsid w:val="00D715DE"/>
    <w:rsid w:val="00D71D39"/>
    <w:rsid w:val="00D72793"/>
    <w:rsid w:val="00D732E0"/>
    <w:rsid w:val="00D74621"/>
    <w:rsid w:val="00D74679"/>
    <w:rsid w:val="00D8048C"/>
    <w:rsid w:val="00D816FF"/>
    <w:rsid w:val="00D81AAF"/>
    <w:rsid w:val="00D8585D"/>
    <w:rsid w:val="00D86400"/>
    <w:rsid w:val="00D9043F"/>
    <w:rsid w:val="00D9278B"/>
    <w:rsid w:val="00D948B4"/>
    <w:rsid w:val="00D94E79"/>
    <w:rsid w:val="00D95836"/>
    <w:rsid w:val="00D95DB3"/>
    <w:rsid w:val="00DA05E8"/>
    <w:rsid w:val="00DA29D8"/>
    <w:rsid w:val="00DA598A"/>
    <w:rsid w:val="00DB1B38"/>
    <w:rsid w:val="00DB41B9"/>
    <w:rsid w:val="00DC0273"/>
    <w:rsid w:val="00DC1E19"/>
    <w:rsid w:val="00DC2D1C"/>
    <w:rsid w:val="00DD28C6"/>
    <w:rsid w:val="00DD4877"/>
    <w:rsid w:val="00DD5948"/>
    <w:rsid w:val="00DD79E3"/>
    <w:rsid w:val="00DE56F8"/>
    <w:rsid w:val="00DE66D9"/>
    <w:rsid w:val="00DE74DB"/>
    <w:rsid w:val="00DF1FE3"/>
    <w:rsid w:val="00DF785A"/>
    <w:rsid w:val="00E00089"/>
    <w:rsid w:val="00E030BA"/>
    <w:rsid w:val="00E04BED"/>
    <w:rsid w:val="00E075DF"/>
    <w:rsid w:val="00E144B8"/>
    <w:rsid w:val="00E14C7F"/>
    <w:rsid w:val="00E16CE6"/>
    <w:rsid w:val="00E213A6"/>
    <w:rsid w:val="00E22003"/>
    <w:rsid w:val="00E228BB"/>
    <w:rsid w:val="00E24F21"/>
    <w:rsid w:val="00E25660"/>
    <w:rsid w:val="00E270B3"/>
    <w:rsid w:val="00E30CCA"/>
    <w:rsid w:val="00E34DCE"/>
    <w:rsid w:val="00E34FE8"/>
    <w:rsid w:val="00E35E05"/>
    <w:rsid w:val="00E363FF"/>
    <w:rsid w:val="00E36CEE"/>
    <w:rsid w:val="00E40203"/>
    <w:rsid w:val="00E42A0B"/>
    <w:rsid w:val="00E42CA3"/>
    <w:rsid w:val="00E43326"/>
    <w:rsid w:val="00E447DA"/>
    <w:rsid w:val="00E50AE8"/>
    <w:rsid w:val="00E5152D"/>
    <w:rsid w:val="00E53D72"/>
    <w:rsid w:val="00E5560C"/>
    <w:rsid w:val="00E56CA9"/>
    <w:rsid w:val="00E604B5"/>
    <w:rsid w:val="00E63478"/>
    <w:rsid w:val="00E728B6"/>
    <w:rsid w:val="00E770DE"/>
    <w:rsid w:val="00E8136F"/>
    <w:rsid w:val="00E81F5E"/>
    <w:rsid w:val="00E822F0"/>
    <w:rsid w:val="00E9254F"/>
    <w:rsid w:val="00E96DCA"/>
    <w:rsid w:val="00EA5046"/>
    <w:rsid w:val="00EA594D"/>
    <w:rsid w:val="00EB0E59"/>
    <w:rsid w:val="00EB2037"/>
    <w:rsid w:val="00EB32FB"/>
    <w:rsid w:val="00EB5B87"/>
    <w:rsid w:val="00EB5D24"/>
    <w:rsid w:val="00EC394A"/>
    <w:rsid w:val="00EC3C7E"/>
    <w:rsid w:val="00EC5717"/>
    <w:rsid w:val="00EC5896"/>
    <w:rsid w:val="00EC6648"/>
    <w:rsid w:val="00ED0B7B"/>
    <w:rsid w:val="00ED0CAD"/>
    <w:rsid w:val="00ED3E45"/>
    <w:rsid w:val="00ED576D"/>
    <w:rsid w:val="00EE16EB"/>
    <w:rsid w:val="00EE2216"/>
    <w:rsid w:val="00EE2ADE"/>
    <w:rsid w:val="00EE49E7"/>
    <w:rsid w:val="00EE5B56"/>
    <w:rsid w:val="00EE6DE4"/>
    <w:rsid w:val="00EE785C"/>
    <w:rsid w:val="00EF0162"/>
    <w:rsid w:val="00EF0317"/>
    <w:rsid w:val="00EF0B2B"/>
    <w:rsid w:val="00EF18AC"/>
    <w:rsid w:val="00EF1D2D"/>
    <w:rsid w:val="00EF5845"/>
    <w:rsid w:val="00EF5E29"/>
    <w:rsid w:val="00F02D7F"/>
    <w:rsid w:val="00F048D5"/>
    <w:rsid w:val="00F05B55"/>
    <w:rsid w:val="00F05F99"/>
    <w:rsid w:val="00F06C53"/>
    <w:rsid w:val="00F070ED"/>
    <w:rsid w:val="00F10A2F"/>
    <w:rsid w:val="00F10BBE"/>
    <w:rsid w:val="00F122D2"/>
    <w:rsid w:val="00F127C3"/>
    <w:rsid w:val="00F12B9E"/>
    <w:rsid w:val="00F130EF"/>
    <w:rsid w:val="00F14C00"/>
    <w:rsid w:val="00F15382"/>
    <w:rsid w:val="00F16B7C"/>
    <w:rsid w:val="00F23959"/>
    <w:rsid w:val="00F23A53"/>
    <w:rsid w:val="00F23FD6"/>
    <w:rsid w:val="00F25224"/>
    <w:rsid w:val="00F263F7"/>
    <w:rsid w:val="00F26E10"/>
    <w:rsid w:val="00F27434"/>
    <w:rsid w:val="00F33979"/>
    <w:rsid w:val="00F33AD5"/>
    <w:rsid w:val="00F33C6B"/>
    <w:rsid w:val="00F40123"/>
    <w:rsid w:val="00F40EC0"/>
    <w:rsid w:val="00F412E3"/>
    <w:rsid w:val="00F439D4"/>
    <w:rsid w:val="00F44D9C"/>
    <w:rsid w:val="00F478AD"/>
    <w:rsid w:val="00F53BB7"/>
    <w:rsid w:val="00F602D2"/>
    <w:rsid w:val="00F62D6A"/>
    <w:rsid w:val="00F64375"/>
    <w:rsid w:val="00F65BC5"/>
    <w:rsid w:val="00F72C84"/>
    <w:rsid w:val="00F83309"/>
    <w:rsid w:val="00F83B09"/>
    <w:rsid w:val="00F849B8"/>
    <w:rsid w:val="00F87792"/>
    <w:rsid w:val="00F87CCE"/>
    <w:rsid w:val="00F87E4C"/>
    <w:rsid w:val="00F90014"/>
    <w:rsid w:val="00F90B53"/>
    <w:rsid w:val="00F91BD6"/>
    <w:rsid w:val="00F939DF"/>
    <w:rsid w:val="00F943F1"/>
    <w:rsid w:val="00F95B76"/>
    <w:rsid w:val="00F95EE4"/>
    <w:rsid w:val="00F96490"/>
    <w:rsid w:val="00F96797"/>
    <w:rsid w:val="00FA0A9B"/>
    <w:rsid w:val="00FA21A9"/>
    <w:rsid w:val="00FA4640"/>
    <w:rsid w:val="00FA4921"/>
    <w:rsid w:val="00FA5568"/>
    <w:rsid w:val="00FB095E"/>
    <w:rsid w:val="00FB0B87"/>
    <w:rsid w:val="00FB0DDF"/>
    <w:rsid w:val="00FB157A"/>
    <w:rsid w:val="00FB3DB0"/>
    <w:rsid w:val="00FB41E6"/>
    <w:rsid w:val="00FB4758"/>
    <w:rsid w:val="00FB5377"/>
    <w:rsid w:val="00FB66D4"/>
    <w:rsid w:val="00FB6939"/>
    <w:rsid w:val="00FB761E"/>
    <w:rsid w:val="00FC2130"/>
    <w:rsid w:val="00FC4E33"/>
    <w:rsid w:val="00FC6899"/>
    <w:rsid w:val="00FC693F"/>
    <w:rsid w:val="00FD1340"/>
    <w:rsid w:val="00FD2AD1"/>
    <w:rsid w:val="00FD30A6"/>
    <w:rsid w:val="00FD3393"/>
    <w:rsid w:val="00FD5559"/>
    <w:rsid w:val="00FD7317"/>
    <w:rsid w:val="00FE2BD2"/>
    <w:rsid w:val="00FE4584"/>
    <w:rsid w:val="00FE5C70"/>
    <w:rsid w:val="00FE63D5"/>
    <w:rsid w:val="00FE765B"/>
    <w:rsid w:val="00FF0327"/>
    <w:rsid w:val="00FF09AB"/>
    <w:rsid w:val="00FF1882"/>
    <w:rsid w:val="00FF2AC4"/>
    <w:rsid w:val="00FF33BB"/>
    <w:rsid w:val="00FF5EE9"/>
    <w:rsid w:val="00FF7295"/>
    <w:rsid w:val="07C818D9"/>
    <w:rsid w:val="0AE99689"/>
    <w:rsid w:val="0B2C5565"/>
    <w:rsid w:val="0BDBE14C"/>
    <w:rsid w:val="100280ED"/>
    <w:rsid w:val="122D07AB"/>
    <w:rsid w:val="1710E084"/>
    <w:rsid w:val="198A5771"/>
    <w:rsid w:val="1A2C1F29"/>
    <w:rsid w:val="1A31D0C3"/>
    <w:rsid w:val="1CFFA756"/>
    <w:rsid w:val="1D2A5127"/>
    <w:rsid w:val="1F8DB654"/>
    <w:rsid w:val="235E1228"/>
    <w:rsid w:val="252F8FC9"/>
    <w:rsid w:val="255C585E"/>
    <w:rsid w:val="283A8544"/>
    <w:rsid w:val="2A548313"/>
    <w:rsid w:val="2C9B0B76"/>
    <w:rsid w:val="3315E431"/>
    <w:rsid w:val="334549DF"/>
    <w:rsid w:val="34971E16"/>
    <w:rsid w:val="3755D252"/>
    <w:rsid w:val="390A44A7"/>
    <w:rsid w:val="3C8EB550"/>
    <w:rsid w:val="447531F3"/>
    <w:rsid w:val="451F5F5B"/>
    <w:rsid w:val="46EBAE2B"/>
    <w:rsid w:val="4E3A726E"/>
    <w:rsid w:val="51DB9CD7"/>
    <w:rsid w:val="591F77A5"/>
    <w:rsid w:val="5AE03EDD"/>
    <w:rsid w:val="5B5CDA43"/>
    <w:rsid w:val="5C810597"/>
    <w:rsid w:val="5E24F3F0"/>
    <w:rsid w:val="61306354"/>
    <w:rsid w:val="614029F2"/>
    <w:rsid w:val="634BC490"/>
    <w:rsid w:val="69DD3C2D"/>
    <w:rsid w:val="6B3A02D1"/>
    <w:rsid w:val="700951D2"/>
    <w:rsid w:val="72C7A6CA"/>
    <w:rsid w:val="75621AFE"/>
    <w:rsid w:val="7661439A"/>
    <w:rsid w:val="7B662704"/>
    <w:rsid w:val="7F272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A87A108"/>
  <w14:defaultImageDpi w14:val="300"/>
  <w15:docId w15:val="{EF81B3A2-B906-4360-B0C4-92B924F94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FC8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B1364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86A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6A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6A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6A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6A4D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236E5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36E5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36E50"/>
    <w:rPr>
      <w:vertAlign w:val="superscript"/>
    </w:rPr>
  </w:style>
  <w:style w:type="character" w:customStyle="1" w:styleId="normaltextrun">
    <w:name w:val="normaltextrun"/>
    <w:basedOn w:val="DefaultParagraphFont"/>
    <w:rsid w:val="008B2783"/>
  </w:style>
  <w:style w:type="character" w:customStyle="1" w:styleId="cf01">
    <w:name w:val="cf01"/>
    <w:basedOn w:val="DefaultParagraphFont"/>
    <w:rsid w:val="00E50AE8"/>
    <w:rPr>
      <w:rFonts w:ascii="Segoe UI" w:hAnsi="Segoe UI" w:cs="Segoe UI" w:hint="default"/>
      <w:color w:val="FF0000"/>
      <w:sz w:val="18"/>
      <w:szCs w:val="18"/>
    </w:rPr>
  </w:style>
  <w:style w:type="paragraph" w:styleId="NormalWeb">
    <w:name w:val="Normal (Web)"/>
    <w:basedOn w:val="Normal"/>
    <w:uiPriority w:val="99"/>
    <w:unhideWhenUsed/>
    <w:rsid w:val="001B1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43F0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3F0A"/>
    <w:rPr>
      <w:color w:val="605E5C"/>
      <w:shd w:val="clear" w:color="auto" w:fill="E1DFDD"/>
    </w:rPr>
  </w:style>
  <w:style w:type="character" w:customStyle="1" w:styleId="eop">
    <w:name w:val="eop"/>
    <w:basedOn w:val="DefaultParagraphFont"/>
    <w:rsid w:val="00B429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wb6media@giz.de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B1590104957F459CE783FCEAE33217" ma:contentTypeVersion="15" ma:contentTypeDescription="Ein neues Dokument erstellen." ma:contentTypeScope="" ma:versionID="c8d800b990cc7fbc7328f1c504022a20">
  <xsd:schema xmlns:xsd="http://www.w3.org/2001/XMLSchema" xmlns:xs="http://www.w3.org/2001/XMLSchema" xmlns:p="http://schemas.microsoft.com/office/2006/metadata/properties" xmlns:ns2="5cc94028-b276-4bc4-8119-67c53c4d2580" xmlns:ns3="f4c98581-30ba-4704-9ac4-69afee0bfac4" targetNamespace="http://schemas.microsoft.com/office/2006/metadata/properties" ma:root="true" ma:fieldsID="228f42de49136509f057825d050fb21b" ns2:_="" ns3:_="">
    <xsd:import namespace="5cc94028-b276-4bc4-8119-67c53c4d2580"/>
    <xsd:import namespace="f4c98581-30ba-4704-9ac4-69afee0bfa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94028-b276-4bc4-8119-67c53c4d25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c98581-30ba-4704-9ac4-69afee0bfac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3c817c2-852e-4425-88e2-792b4d7a4e6a}" ma:internalName="TaxCatchAll" ma:showField="CatchAllData" ma:web="f4c98581-30ba-4704-9ac4-69afee0bfa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c94028-b276-4bc4-8119-67c53c4d2580">
      <Terms xmlns="http://schemas.microsoft.com/office/infopath/2007/PartnerControls"/>
    </lcf76f155ced4ddcb4097134ff3c332f>
    <TaxCatchAll xmlns="f4c98581-30ba-4704-9ac4-69afee0bfac4" xsi:nil="true"/>
  </documentManagement>
</p:properties>
</file>

<file path=customXml/itemProps1.xml><?xml version="1.0" encoding="utf-8"?>
<ds:datastoreItem xmlns:ds="http://schemas.openxmlformats.org/officeDocument/2006/customXml" ds:itemID="{45E547A2-6638-479B-8D34-00D53FB756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43B68F-E0B5-4164-9377-9B9323B2A8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c94028-b276-4bc4-8119-67c53c4d2580"/>
    <ds:schemaRef ds:uri="f4c98581-30ba-4704-9ac4-69afee0bfa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67C955-AB69-4D26-837B-E38C88682FD7}">
  <ds:schemaRefs>
    <ds:schemaRef ds:uri="http://schemas.microsoft.com/office/2006/metadata/properties"/>
    <ds:schemaRef ds:uri="http://schemas.microsoft.com/office/infopath/2007/PartnerControls"/>
    <ds:schemaRef ds:uri="5cc94028-b276-4bc4-8119-67c53c4d2580"/>
    <ds:schemaRef ds:uri="f4c98581-30ba-4704-9ac4-69afee0bfa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1396</Words>
  <Characters>7963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9341</CharactersWithSpaces>
  <SharedDoc>false</SharedDoc>
  <HyperlinkBase/>
  <HLinks>
    <vt:vector size="6" baseType="variant">
      <vt:variant>
        <vt:i4>5898290</vt:i4>
      </vt:variant>
      <vt:variant>
        <vt:i4>0</vt:i4>
      </vt:variant>
      <vt:variant>
        <vt:i4>0</vt:i4>
      </vt:variant>
      <vt:variant>
        <vt:i4>5</vt:i4>
      </vt:variant>
      <vt:variant>
        <vt:lpwstr>mailto:wb6media@giz.org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Hodzic, Tarik GIZ BA</cp:lastModifiedBy>
  <cp:revision>2</cp:revision>
  <dcterms:created xsi:type="dcterms:W3CDTF">2026-10-26T08:50:00Z</dcterms:created>
  <dcterms:modified xsi:type="dcterms:W3CDTF">2026-10-26T08:50:00Z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0x010100DFB1590104957F459CE783FCEAE33217</vt:lpwstr>
  </property>
  <property fmtid="{D5CDD505-2E9C-101B-9397-08002B2CF9AE}" pid="3" name="MediaServiceImageTags">
    <vt:lpwstr/>
  </property>
</Properties>
</file>