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2DC8" w14:textId="343A26AC" w:rsidR="00394065" w:rsidRPr="004B4951" w:rsidRDefault="00487B1F">
      <w:pPr>
        <w:pStyle w:val="Title"/>
        <w:rPr>
          <w:rFonts w:asciiTheme="minorHAnsi" w:hAnsiTheme="minorHAnsi"/>
        </w:rPr>
      </w:pPr>
      <w:r w:rsidRPr="004B4951">
        <w:rPr>
          <w:rFonts w:asciiTheme="minorHAnsi" w:hAnsiTheme="minorHAnsi"/>
        </w:rPr>
        <w:t xml:space="preserve">Annex </w:t>
      </w:r>
      <w:r w:rsidR="007064B2">
        <w:rPr>
          <w:rFonts w:asciiTheme="minorHAnsi" w:hAnsiTheme="minorHAnsi"/>
        </w:rPr>
        <w:t>1</w:t>
      </w:r>
      <w:r w:rsidRPr="004B4951">
        <w:rPr>
          <w:rFonts w:asciiTheme="minorHAnsi" w:hAnsiTheme="minorHAnsi"/>
        </w:rPr>
        <w:t xml:space="preserve">: Key Performance Indicators (KPI) – </w:t>
      </w:r>
      <w:r w:rsidR="000604F0" w:rsidRPr="004B4951">
        <w:rPr>
          <w:rFonts w:asciiTheme="minorHAnsi" w:hAnsiTheme="minorHAnsi" w:cstheme="majorHAnsi"/>
        </w:rPr>
        <w:t>#</w:t>
      </w:r>
      <w:r w:rsidRPr="004B4951">
        <w:rPr>
          <w:rFonts w:asciiTheme="minorHAnsi" w:hAnsiTheme="minorHAnsi"/>
        </w:rPr>
        <w:t>SustainMedia</w:t>
      </w:r>
    </w:p>
    <w:p w14:paraId="330023A1" w14:textId="074EF0A0" w:rsidR="00394065" w:rsidRDefault="00487B1F" w:rsidP="004B4951">
      <w:pPr>
        <w:jc w:val="both"/>
      </w:pPr>
      <w:r>
        <w:t xml:space="preserve">This document should reflect the expected results of your </w:t>
      </w:r>
      <w:r w:rsidR="004B4951">
        <w:t xml:space="preserve">Proposal </w:t>
      </w:r>
      <w:r>
        <w:t>and allow measurable tracking of progress over time.</w:t>
      </w:r>
    </w:p>
    <w:p w14:paraId="345F94A3" w14:textId="77777777" w:rsidR="00394065" w:rsidRPr="004B4951" w:rsidRDefault="00487B1F">
      <w:pPr>
        <w:pStyle w:val="Heading1"/>
        <w:rPr>
          <w:rFonts w:asciiTheme="minorHAnsi" w:hAnsiTheme="minorHAnsi"/>
        </w:rPr>
      </w:pPr>
      <w:r w:rsidRPr="004B4951">
        <w:rPr>
          <w:rFonts w:asciiTheme="minorHAnsi" w:hAnsiTheme="minorHAnsi"/>
        </w:rPr>
        <w:t>Applicant Information</w:t>
      </w:r>
    </w:p>
    <w:p w14:paraId="26DC265D" w14:textId="77777777" w:rsidR="0035366D" w:rsidRDefault="0035366D"/>
    <w:p w14:paraId="51D60C67" w14:textId="5D1918E0" w:rsidR="00394065" w:rsidRDefault="00487B1F">
      <w:r w:rsidRPr="004B4951">
        <w:rPr>
          <w:b/>
        </w:rPr>
        <w:t xml:space="preserve">Media </w:t>
      </w:r>
      <w:proofErr w:type="spellStart"/>
      <w:r w:rsidRPr="004B4951">
        <w:rPr>
          <w:b/>
        </w:rPr>
        <w:t>Organisation</w:t>
      </w:r>
      <w:proofErr w:type="spellEnd"/>
      <w:r w:rsidRPr="004B4951">
        <w:rPr>
          <w:b/>
        </w:rPr>
        <w:t xml:space="preserve"> Name</w:t>
      </w:r>
      <w:r w:rsidR="006431B6" w:rsidRPr="004B4951">
        <w:rPr>
          <w:b/>
          <w:bCs/>
        </w:rPr>
        <w:t>/s</w:t>
      </w:r>
      <w:r>
        <w:t>: __________________________</w:t>
      </w:r>
    </w:p>
    <w:p w14:paraId="1BA6A76F" w14:textId="77777777" w:rsidR="00394065" w:rsidRPr="004B4951" w:rsidRDefault="00487B1F">
      <w:pPr>
        <w:rPr>
          <w:b/>
        </w:rPr>
      </w:pPr>
      <w:r w:rsidRPr="004B4951">
        <w:rPr>
          <w:b/>
        </w:rPr>
        <w:t>Country: __________________________</w:t>
      </w:r>
    </w:p>
    <w:p w14:paraId="637202E5" w14:textId="2561CFF1" w:rsidR="00394065" w:rsidRDefault="002640D0">
      <w:r>
        <w:rPr>
          <w:b/>
          <w:bCs/>
        </w:rPr>
        <w:t>Project</w:t>
      </w:r>
      <w:r w:rsidR="0046647B" w:rsidRPr="004B4951">
        <w:rPr>
          <w:b/>
          <w:bCs/>
        </w:rPr>
        <w:t xml:space="preserve"> Proposal </w:t>
      </w:r>
      <w:r w:rsidR="00487B1F" w:rsidRPr="004B4951">
        <w:rPr>
          <w:b/>
        </w:rPr>
        <w:t>Title</w:t>
      </w:r>
      <w:r w:rsidR="00487B1F">
        <w:t>: __________________________</w:t>
      </w:r>
    </w:p>
    <w:p w14:paraId="27E60686" w14:textId="77777777" w:rsidR="00394065" w:rsidRDefault="00487B1F">
      <w:pPr>
        <w:pStyle w:val="Heading1"/>
        <w:rPr>
          <w:rFonts w:asciiTheme="minorHAnsi" w:hAnsiTheme="minorHAnsi"/>
        </w:rPr>
      </w:pPr>
      <w:r w:rsidRPr="004B4951">
        <w:rPr>
          <w:rFonts w:asciiTheme="minorHAnsi" w:hAnsiTheme="minorHAnsi"/>
        </w:rPr>
        <w:t>Instructions</w:t>
      </w:r>
    </w:p>
    <w:p w14:paraId="662E33FD" w14:textId="6C889253" w:rsidR="008718C8" w:rsidRPr="008718C8" w:rsidRDefault="008718C8" w:rsidP="008718C8">
      <w:r>
        <w:t xml:space="preserve">Please fill out the Table </w:t>
      </w:r>
      <w:r w:rsidR="008114BA">
        <w:t xml:space="preserve">below (KPI Overview table), based on the following </w:t>
      </w:r>
      <w:proofErr w:type="gramStart"/>
      <w:r w:rsidR="008114BA">
        <w:t>guidelines :</w:t>
      </w:r>
      <w:proofErr w:type="gramEnd"/>
    </w:p>
    <w:p w14:paraId="3E951BC5" w14:textId="3F39E681" w:rsidR="00394065" w:rsidRPr="008114BA" w:rsidRDefault="00487B1F" w:rsidP="004B4951">
      <w:pPr>
        <w:jc w:val="both"/>
        <w:rPr>
          <w:i/>
          <w:iCs/>
        </w:rPr>
      </w:pPr>
      <w:r w:rsidRPr="008114BA">
        <w:rPr>
          <w:i/>
          <w:iCs/>
        </w:rPr>
        <w:t xml:space="preserve">1. </w:t>
      </w:r>
      <w:r w:rsidR="00947610" w:rsidRPr="008114BA">
        <w:rPr>
          <w:i/>
          <w:iCs/>
        </w:rPr>
        <w:t xml:space="preserve">List </w:t>
      </w:r>
      <w:r w:rsidR="00CC0F22" w:rsidRPr="008114BA">
        <w:rPr>
          <w:i/>
          <w:iCs/>
        </w:rPr>
        <w:t>the Outcomes</w:t>
      </w:r>
      <w:r w:rsidRPr="008114BA">
        <w:rPr>
          <w:i/>
          <w:iCs/>
        </w:rPr>
        <w:t xml:space="preserve"> </w:t>
      </w:r>
      <w:r w:rsidR="00947610" w:rsidRPr="008114BA">
        <w:rPr>
          <w:i/>
          <w:iCs/>
        </w:rPr>
        <w:t xml:space="preserve">you have defined in your proposal: </w:t>
      </w:r>
      <w:r w:rsidR="00456570" w:rsidRPr="008114BA">
        <w:rPr>
          <w:i/>
          <w:iCs/>
        </w:rPr>
        <w:t>Changes you aim for your media organizations toward economic sustainability and business growth,</w:t>
      </w:r>
      <w:r w:rsidR="00BA4845" w:rsidRPr="008114BA">
        <w:rPr>
          <w:i/>
          <w:iCs/>
        </w:rPr>
        <w:t xml:space="preserve"> </w:t>
      </w:r>
      <w:r w:rsidR="00CC0F22" w:rsidRPr="008114BA">
        <w:rPr>
          <w:i/>
          <w:iCs/>
        </w:rPr>
        <w:t>during the timeframe of your Proposal</w:t>
      </w:r>
    </w:p>
    <w:p w14:paraId="79572D47" w14:textId="716FC8A0" w:rsidR="00394065" w:rsidRPr="008114BA" w:rsidRDefault="00487B1F" w:rsidP="004B4951">
      <w:pPr>
        <w:jc w:val="both"/>
        <w:rPr>
          <w:i/>
          <w:iCs/>
        </w:rPr>
      </w:pPr>
      <w:r w:rsidRPr="008114BA">
        <w:rPr>
          <w:i/>
          <w:iCs/>
        </w:rPr>
        <w:t>2. For each outcome, define indicators that will measure progress.</w:t>
      </w:r>
    </w:p>
    <w:p w14:paraId="2070FF65" w14:textId="7161CCD1" w:rsidR="00394065" w:rsidRPr="008114BA" w:rsidRDefault="00487B1F" w:rsidP="004B4951">
      <w:pPr>
        <w:jc w:val="both"/>
        <w:rPr>
          <w:i/>
          <w:iCs/>
        </w:rPr>
      </w:pPr>
      <w:r w:rsidRPr="008114BA">
        <w:rPr>
          <w:i/>
          <w:iCs/>
        </w:rPr>
        <w:t>3. For each indicator, define a baseline and targets for each year.</w:t>
      </w:r>
      <w:r w:rsidR="00827A47" w:rsidRPr="008114BA">
        <w:rPr>
          <w:i/>
          <w:iCs/>
        </w:rPr>
        <w:t xml:space="preserve"> These can be both quantitative </w:t>
      </w:r>
      <w:r w:rsidR="716F19C6" w:rsidRPr="008114BA">
        <w:rPr>
          <w:i/>
          <w:iCs/>
        </w:rPr>
        <w:t>and/or</w:t>
      </w:r>
      <w:r w:rsidR="00827A47" w:rsidRPr="008114BA">
        <w:rPr>
          <w:i/>
          <w:iCs/>
        </w:rPr>
        <w:t xml:space="preserve"> qualitative.</w:t>
      </w:r>
    </w:p>
    <w:p w14:paraId="2A02903F" w14:textId="6A23D76B" w:rsidR="00394065" w:rsidRPr="008114BA" w:rsidRDefault="00487B1F" w:rsidP="004B4951">
      <w:pPr>
        <w:jc w:val="both"/>
        <w:rPr>
          <w:i/>
          <w:iCs/>
        </w:rPr>
      </w:pPr>
      <w:r w:rsidRPr="008114BA">
        <w:rPr>
          <w:i/>
          <w:iCs/>
        </w:rPr>
        <w:t xml:space="preserve">4. Ensure indicators are measurable, time-bound, and directly linked to </w:t>
      </w:r>
      <w:r w:rsidR="00CC0F22" w:rsidRPr="008114BA">
        <w:rPr>
          <w:i/>
          <w:iCs/>
        </w:rPr>
        <w:t>your proposal</w:t>
      </w:r>
      <w:r w:rsidRPr="008114BA">
        <w:rPr>
          <w:i/>
          <w:iCs/>
        </w:rPr>
        <w:t>.</w:t>
      </w:r>
    </w:p>
    <w:p w14:paraId="3F649076" w14:textId="77777777" w:rsidR="00394065" w:rsidRPr="009330FA" w:rsidRDefault="00487B1F">
      <w:pPr>
        <w:pStyle w:val="Heading1"/>
        <w:rPr>
          <w:rFonts w:asciiTheme="minorHAnsi" w:hAnsiTheme="minorHAnsi"/>
        </w:rPr>
      </w:pPr>
      <w:r w:rsidRPr="758D6024">
        <w:rPr>
          <w:rFonts w:asciiTheme="minorHAnsi" w:hAnsiTheme="minorHAnsi"/>
        </w:rPr>
        <w:lastRenderedPageBreak/>
        <w:t>KPI Overview Table</w:t>
      </w:r>
    </w:p>
    <w:p w14:paraId="69B6B97E" w14:textId="6AC6BB4B" w:rsidR="758D6024" w:rsidRDefault="758D6024"/>
    <w:tbl>
      <w:tblPr>
        <w:tblStyle w:val="TableGrid"/>
        <w:tblW w:w="13635" w:type="dxa"/>
        <w:tblLayout w:type="fixed"/>
        <w:tblLook w:val="04A0" w:firstRow="1" w:lastRow="0" w:firstColumn="1" w:lastColumn="0" w:noHBand="0" w:noVBand="1"/>
      </w:tblPr>
      <w:tblGrid>
        <w:gridCol w:w="2657"/>
        <w:gridCol w:w="5112"/>
        <w:gridCol w:w="1773"/>
        <w:gridCol w:w="1910"/>
        <w:gridCol w:w="2183"/>
      </w:tblGrid>
      <w:tr w:rsidR="00234F60" w14:paraId="7C70E077" w14:textId="77777777" w:rsidTr="00910139">
        <w:trPr>
          <w:trHeight w:val="470"/>
        </w:trPr>
        <w:tc>
          <w:tcPr>
            <w:tcW w:w="2657" w:type="dxa"/>
          </w:tcPr>
          <w:p w14:paraId="1006D4F7" w14:textId="70C75AB1" w:rsidR="00234F60" w:rsidRPr="00234F60" w:rsidRDefault="00234F60" w:rsidP="758D6024">
            <w:pPr>
              <w:jc w:val="center"/>
              <w:rPr>
                <w:b/>
                <w:bCs/>
                <w:sz w:val="20"/>
                <w:szCs w:val="20"/>
              </w:rPr>
            </w:pPr>
            <w:r w:rsidRPr="00234F60"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5112" w:type="dxa"/>
          </w:tcPr>
          <w:p w14:paraId="7124AFE4" w14:textId="18264010" w:rsidR="00234F60" w:rsidRPr="00234F60" w:rsidRDefault="00234F60" w:rsidP="00CD0BD6">
            <w:pPr>
              <w:jc w:val="center"/>
              <w:rPr>
                <w:b/>
                <w:sz w:val="20"/>
                <w:szCs w:val="20"/>
              </w:rPr>
            </w:pPr>
            <w:r w:rsidRPr="00234F60">
              <w:rPr>
                <w:b/>
                <w:sz w:val="20"/>
                <w:szCs w:val="20"/>
              </w:rPr>
              <w:t>Indicator</w:t>
            </w:r>
          </w:p>
        </w:tc>
        <w:tc>
          <w:tcPr>
            <w:tcW w:w="1773" w:type="dxa"/>
          </w:tcPr>
          <w:p w14:paraId="277CA575" w14:textId="2D406B77" w:rsidR="00234F60" w:rsidRPr="00234F60" w:rsidRDefault="00234F60" w:rsidP="00CD0BD6">
            <w:pPr>
              <w:jc w:val="center"/>
              <w:rPr>
                <w:b/>
                <w:sz w:val="20"/>
                <w:szCs w:val="20"/>
              </w:rPr>
            </w:pPr>
            <w:r w:rsidRPr="00234F60">
              <w:rPr>
                <w:b/>
                <w:sz w:val="20"/>
                <w:szCs w:val="20"/>
              </w:rPr>
              <w:t>Baseline (202</w:t>
            </w:r>
            <w:r w:rsidR="00910139">
              <w:rPr>
                <w:b/>
                <w:sz w:val="20"/>
                <w:szCs w:val="20"/>
              </w:rPr>
              <w:t>6</w:t>
            </w:r>
            <w:r w:rsidRPr="00234F6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10" w:type="dxa"/>
          </w:tcPr>
          <w:p w14:paraId="73E43512" w14:textId="2E6CFA32" w:rsidR="00234F60" w:rsidRPr="00234F60" w:rsidRDefault="00234F60" w:rsidP="00CD0BD6">
            <w:pPr>
              <w:jc w:val="center"/>
              <w:rPr>
                <w:b/>
                <w:sz w:val="20"/>
                <w:szCs w:val="20"/>
              </w:rPr>
            </w:pPr>
            <w:r w:rsidRPr="00234F60">
              <w:rPr>
                <w:b/>
                <w:sz w:val="20"/>
                <w:szCs w:val="20"/>
              </w:rPr>
              <w:t>Target Y1 (202</w:t>
            </w:r>
            <w:r w:rsidR="00910139">
              <w:rPr>
                <w:b/>
                <w:sz w:val="20"/>
                <w:szCs w:val="20"/>
              </w:rPr>
              <w:t>7</w:t>
            </w:r>
            <w:r w:rsidRPr="00234F6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183" w:type="dxa"/>
          </w:tcPr>
          <w:p w14:paraId="14D4DCE4" w14:textId="63306AB7" w:rsidR="00234F60" w:rsidRPr="00234F60" w:rsidRDefault="00234F60" w:rsidP="00CD0BD6">
            <w:pPr>
              <w:jc w:val="center"/>
              <w:rPr>
                <w:b/>
                <w:sz w:val="20"/>
                <w:szCs w:val="20"/>
              </w:rPr>
            </w:pPr>
            <w:r w:rsidRPr="00234F60">
              <w:rPr>
                <w:b/>
                <w:sz w:val="20"/>
                <w:szCs w:val="20"/>
              </w:rPr>
              <w:t>Target Y2 (202</w:t>
            </w:r>
            <w:r w:rsidR="00910139">
              <w:rPr>
                <w:b/>
                <w:sz w:val="20"/>
                <w:szCs w:val="20"/>
              </w:rPr>
              <w:t>8</w:t>
            </w:r>
            <w:r w:rsidRPr="00234F60">
              <w:rPr>
                <w:b/>
                <w:sz w:val="20"/>
                <w:szCs w:val="20"/>
              </w:rPr>
              <w:t>)</w:t>
            </w:r>
          </w:p>
        </w:tc>
      </w:tr>
      <w:tr w:rsidR="00234F60" w14:paraId="0A87BD0C" w14:textId="77777777" w:rsidTr="00910139">
        <w:trPr>
          <w:trHeight w:val="230"/>
        </w:trPr>
        <w:tc>
          <w:tcPr>
            <w:tcW w:w="2657" w:type="dxa"/>
          </w:tcPr>
          <w:p w14:paraId="2C4B9382" w14:textId="085023DF" w:rsidR="00234F60" w:rsidRPr="00234F60" w:rsidRDefault="00234F60">
            <w:pPr>
              <w:rPr>
                <w:sz w:val="20"/>
                <w:szCs w:val="20"/>
              </w:rPr>
            </w:pPr>
            <w:r w:rsidRPr="00234F60">
              <w:rPr>
                <w:b/>
                <w:bCs/>
                <w:sz w:val="20"/>
                <w:szCs w:val="20"/>
              </w:rPr>
              <w:t>Outcome 1</w:t>
            </w:r>
            <w:r w:rsidRPr="00234F60">
              <w:rPr>
                <w:sz w:val="20"/>
                <w:szCs w:val="20"/>
              </w:rPr>
              <w:t>:</w:t>
            </w:r>
          </w:p>
        </w:tc>
        <w:tc>
          <w:tcPr>
            <w:tcW w:w="5112" w:type="dxa"/>
          </w:tcPr>
          <w:p w14:paraId="6A66AB34" w14:textId="77058A34" w:rsidR="00234F60" w:rsidRPr="00234F60" w:rsidRDefault="00234F60">
            <w:pPr>
              <w:rPr>
                <w:sz w:val="20"/>
                <w:szCs w:val="20"/>
              </w:rPr>
            </w:pPr>
            <w:proofErr w:type="gramStart"/>
            <w:r w:rsidRPr="00234F60">
              <w:rPr>
                <w:sz w:val="20"/>
                <w:szCs w:val="20"/>
              </w:rPr>
              <w:t>1.1 .</w:t>
            </w:r>
            <w:proofErr w:type="gramEnd"/>
          </w:p>
        </w:tc>
        <w:tc>
          <w:tcPr>
            <w:tcW w:w="1773" w:type="dxa"/>
          </w:tcPr>
          <w:p w14:paraId="7FC2E6F1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7322B1D2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150CB250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</w:tr>
      <w:tr w:rsidR="00234F60" w14:paraId="7FE1E058" w14:textId="77777777" w:rsidTr="00910139">
        <w:trPr>
          <w:trHeight w:val="240"/>
        </w:trPr>
        <w:tc>
          <w:tcPr>
            <w:tcW w:w="2657" w:type="dxa"/>
          </w:tcPr>
          <w:p w14:paraId="146C2E4F" w14:textId="616D2C75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5112" w:type="dxa"/>
          </w:tcPr>
          <w:p w14:paraId="153941FA" w14:textId="3AE12C86" w:rsidR="00234F60" w:rsidRPr="00234F60" w:rsidRDefault="00234F60">
            <w:pPr>
              <w:rPr>
                <w:sz w:val="20"/>
                <w:szCs w:val="20"/>
              </w:rPr>
            </w:pPr>
            <w:proofErr w:type="gramStart"/>
            <w:r w:rsidRPr="00234F60">
              <w:rPr>
                <w:sz w:val="20"/>
                <w:szCs w:val="20"/>
              </w:rPr>
              <w:t>1.2 .</w:t>
            </w:r>
            <w:proofErr w:type="gramEnd"/>
          </w:p>
        </w:tc>
        <w:tc>
          <w:tcPr>
            <w:tcW w:w="1773" w:type="dxa"/>
          </w:tcPr>
          <w:p w14:paraId="50A4CCEA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D561695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4AAD2958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</w:tr>
      <w:tr w:rsidR="00234F60" w14:paraId="022E17F7" w14:textId="77777777" w:rsidTr="00910139">
        <w:trPr>
          <w:trHeight w:val="230"/>
        </w:trPr>
        <w:tc>
          <w:tcPr>
            <w:tcW w:w="2657" w:type="dxa"/>
          </w:tcPr>
          <w:p w14:paraId="17688A41" w14:textId="206339DB" w:rsidR="00234F60" w:rsidRPr="00234F60" w:rsidRDefault="00234F60">
            <w:pPr>
              <w:rPr>
                <w:b/>
                <w:bCs/>
                <w:sz w:val="20"/>
                <w:szCs w:val="20"/>
              </w:rPr>
            </w:pPr>
            <w:r w:rsidRPr="00234F60">
              <w:rPr>
                <w:b/>
                <w:bCs/>
                <w:sz w:val="20"/>
                <w:szCs w:val="20"/>
              </w:rPr>
              <w:t>Outcome 2:</w:t>
            </w:r>
          </w:p>
        </w:tc>
        <w:tc>
          <w:tcPr>
            <w:tcW w:w="5112" w:type="dxa"/>
          </w:tcPr>
          <w:p w14:paraId="208CA3E0" w14:textId="48AFDF85" w:rsidR="00234F60" w:rsidRPr="00234F60" w:rsidRDefault="00234F60">
            <w:pPr>
              <w:rPr>
                <w:sz w:val="20"/>
                <w:szCs w:val="20"/>
              </w:rPr>
            </w:pPr>
            <w:proofErr w:type="gramStart"/>
            <w:r w:rsidRPr="00234F60">
              <w:rPr>
                <w:sz w:val="20"/>
                <w:szCs w:val="20"/>
              </w:rPr>
              <w:t>2.1 .</w:t>
            </w:r>
            <w:proofErr w:type="gramEnd"/>
          </w:p>
        </w:tc>
        <w:tc>
          <w:tcPr>
            <w:tcW w:w="1773" w:type="dxa"/>
          </w:tcPr>
          <w:p w14:paraId="4E778E0F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B91AC71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7E914077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</w:tr>
      <w:tr w:rsidR="00234F60" w14:paraId="4C3DFF56" w14:textId="77777777" w:rsidTr="00910139">
        <w:trPr>
          <w:trHeight w:val="240"/>
        </w:trPr>
        <w:tc>
          <w:tcPr>
            <w:tcW w:w="2657" w:type="dxa"/>
          </w:tcPr>
          <w:p w14:paraId="3D5A0FF5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5112" w:type="dxa"/>
          </w:tcPr>
          <w:p w14:paraId="432310CF" w14:textId="41FD1B4A" w:rsidR="00234F60" w:rsidRPr="00234F60" w:rsidRDefault="00234F60">
            <w:pPr>
              <w:rPr>
                <w:sz w:val="20"/>
                <w:szCs w:val="20"/>
              </w:rPr>
            </w:pPr>
            <w:proofErr w:type="gramStart"/>
            <w:r w:rsidRPr="00234F60">
              <w:rPr>
                <w:sz w:val="20"/>
                <w:szCs w:val="20"/>
              </w:rPr>
              <w:t>2.2 .</w:t>
            </w:r>
            <w:proofErr w:type="gramEnd"/>
          </w:p>
        </w:tc>
        <w:tc>
          <w:tcPr>
            <w:tcW w:w="1773" w:type="dxa"/>
          </w:tcPr>
          <w:p w14:paraId="3348A7C5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055910DA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44E83E55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</w:tr>
      <w:tr w:rsidR="00234F60" w14:paraId="352884C3" w14:textId="77777777" w:rsidTr="00910139">
        <w:trPr>
          <w:trHeight w:val="230"/>
        </w:trPr>
        <w:tc>
          <w:tcPr>
            <w:tcW w:w="2657" w:type="dxa"/>
          </w:tcPr>
          <w:p w14:paraId="0179713E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5112" w:type="dxa"/>
          </w:tcPr>
          <w:p w14:paraId="2AFA19B0" w14:textId="18F8DCC9" w:rsidR="00234F60" w:rsidRPr="00234F60" w:rsidRDefault="00234F60">
            <w:pPr>
              <w:rPr>
                <w:sz w:val="20"/>
                <w:szCs w:val="20"/>
              </w:rPr>
            </w:pPr>
            <w:proofErr w:type="gramStart"/>
            <w:r w:rsidRPr="00234F60">
              <w:rPr>
                <w:sz w:val="20"/>
                <w:szCs w:val="20"/>
              </w:rPr>
              <w:t>2.3 .</w:t>
            </w:r>
            <w:proofErr w:type="gramEnd"/>
          </w:p>
        </w:tc>
        <w:tc>
          <w:tcPr>
            <w:tcW w:w="1773" w:type="dxa"/>
          </w:tcPr>
          <w:p w14:paraId="57B83753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12F4DF2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1ECE1688" w14:textId="77777777" w:rsidR="00234F60" w:rsidRPr="00234F60" w:rsidRDefault="00234F60">
            <w:pPr>
              <w:rPr>
                <w:sz w:val="20"/>
                <w:szCs w:val="20"/>
              </w:rPr>
            </w:pPr>
          </w:p>
        </w:tc>
      </w:tr>
    </w:tbl>
    <w:p w14:paraId="0893FC1C" w14:textId="77777777" w:rsidR="00AB18F8" w:rsidRDefault="00AB18F8"/>
    <w:p w14:paraId="63D83EA0" w14:textId="77777777" w:rsidR="00AB18F8" w:rsidRDefault="00487B1F" w:rsidP="009330FA">
      <w:pPr>
        <w:jc w:val="both"/>
      </w:pPr>
      <w:r>
        <w:t>Add additional rows if needed. Each indicator must have a measurable target and a clearly stated baseline.</w:t>
      </w:r>
    </w:p>
    <w:p w14:paraId="4D76D0B4" w14:textId="77777777" w:rsidR="00394065" w:rsidRPr="00487B1F" w:rsidRDefault="00487B1F" w:rsidP="009330FA">
      <w:pPr>
        <w:pStyle w:val="Heading1"/>
        <w:jc w:val="both"/>
        <w:rPr>
          <w:rFonts w:asciiTheme="minorHAnsi" w:hAnsiTheme="minorHAnsi"/>
        </w:rPr>
      </w:pPr>
      <w:r w:rsidRPr="00487B1F">
        <w:rPr>
          <w:rFonts w:asciiTheme="minorHAnsi" w:hAnsiTheme="minorHAnsi"/>
        </w:rPr>
        <w:t>Additional Notes</w:t>
      </w:r>
    </w:p>
    <w:p w14:paraId="62317356" w14:textId="77777777" w:rsidR="00394065" w:rsidRDefault="00487B1F" w:rsidP="009330FA">
      <w:pPr>
        <w:jc w:val="both"/>
      </w:pPr>
      <w:r>
        <w:t>- For content-related KPIs, specify output volume (e.g. number of articles), audience reach, and engagement metrics.</w:t>
      </w:r>
    </w:p>
    <w:p w14:paraId="1E22A44E" w14:textId="7F259E2C" w:rsidR="00394065" w:rsidRDefault="00487B1F" w:rsidP="009330FA">
      <w:pPr>
        <w:jc w:val="both"/>
      </w:pPr>
      <w:r>
        <w:t>- For monetization</w:t>
      </w:r>
      <w:r w:rsidR="00751EEB" w:rsidRPr="00F417C2">
        <w:t xml:space="preserve"> and new revenues sources</w:t>
      </w:r>
      <w:r>
        <w:t>, clearly link income generation to project-supported activities and define how revenue will be tracked.</w:t>
      </w:r>
    </w:p>
    <w:p w14:paraId="3205F3B1" w14:textId="6515B848" w:rsidR="00394065" w:rsidRDefault="00487B1F" w:rsidP="009330FA">
      <w:pPr>
        <w:jc w:val="both"/>
      </w:pPr>
      <w:r>
        <w:t xml:space="preserve">- Use specific tools for measurement (e.g. Google Analytics, CRM reports, financial records). </w:t>
      </w:r>
    </w:p>
    <w:sectPr w:rsidR="00394065" w:rsidSect="00910139">
      <w:headerReference w:type="default" r:id="rId11"/>
      <w:pgSz w:w="15840" w:h="12240" w:orient="landscape"/>
      <w:pgMar w:top="1800" w:right="1440" w:bottom="180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8FB34" w14:textId="77777777" w:rsidR="00745EFB" w:rsidRDefault="00745EFB" w:rsidP="00D44C0F">
      <w:pPr>
        <w:spacing w:after="0" w:line="240" w:lineRule="auto"/>
      </w:pPr>
      <w:r>
        <w:separator/>
      </w:r>
    </w:p>
  </w:endnote>
  <w:endnote w:type="continuationSeparator" w:id="0">
    <w:p w14:paraId="1660B8A9" w14:textId="77777777" w:rsidR="00745EFB" w:rsidRDefault="00745EFB" w:rsidP="00D4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24929" w14:textId="77777777" w:rsidR="00745EFB" w:rsidRDefault="00745EFB" w:rsidP="00D44C0F">
      <w:pPr>
        <w:spacing w:after="0" w:line="240" w:lineRule="auto"/>
      </w:pPr>
      <w:r>
        <w:separator/>
      </w:r>
    </w:p>
  </w:footnote>
  <w:footnote w:type="continuationSeparator" w:id="0">
    <w:p w14:paraId="4DAFA789" w14:textId="77777777" w:rsidR="00745EFB" w:rsidRDefault="00745EFB" w:rsidP="00D4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367A" w14:textId="4B237EDC" w:rsidR="00D44C0F" w:rsidRDefault="00D44C0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26CB3B" wp14:editId="20A36FED">
              <wp:simplePos x="0" y="0"/>
              <wp:positionH relativeFrom="column">
                <wp:posOffset>7223125</wp:posOffset>
              </wp:positionH>
              <wp:positionV relativeFrom="paragraph">
                <wp:posOffset>-234950</wp:posOffset>
              </wp:positionV>
              <wp:extent cx="1466850" cy="962025"/>
              <wp:effectExtent l="0" t="0" r="19050" b="28575"/>
              <wp:wrapNone/>
              <wp:docPr id="193395115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962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0E43CBE" w14:textId="77777777" w:rsidR="00D44C0F" w:rsidRDefault="00D44C0F" w:rsidP="00D44C0F">
                          <w:pPr>
                            <w:jc w:val="center"/>
                            <w:rPr>
                              <w:lang w:val="bs-Latn-BA"/>
                            </w:rPr>
                          </w:pPr>
                        </w:p>
                        <w:p w14:paraId="4AAC4B06" w14:textId="54057848" w:rsidR="00D44C0F" w:rsidRPr="00D44C0F" w:rsidRDefault="00D44C0F" w:rsidP="00D44C0F">
                          <w:pPr>
                            <w:spacing w:before="120"/>
                            <w:jc w:val="center"/>
                            <w:rPr>
                              <w:lang w:val="bs-Latn-BA"/>
                            </w:rPr>
                          </w:pPr>
                          <w:r>
                            <w:rPr>
                              <w:lang w:val="bs-Latn-BA"/>
                            </w:rPr>
                            <w:t>Please insert your logo here!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26CB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75pt;margin-top:-18.5pt;width:115.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" fillcolor="white [3201]" strokeweight=".5pt">
              <v:textbox>
                <w:txbxContent>
                  <w:p w14:paraId="70E43CBE" w14:textId="77777777" w:rsidR="00D44C0F" w:rsidRDefault="00D44C0F" w:rsidP="00D44C0F">
                    <w:pPr>
                      <w:jc w:val="center"/>
                      <w:rPr>
                        <w:lang w:val="bs-Latn-BA"/>
                      </w:rPr>
                    </w:pPr>
                  </w:p>
                  <w:p w14:paraId="4AAC4B06" w14:textId="54057848" w:rsidR="00D44C0F" w:rsidRPr="00D44C0F" w:rsidRDefault="00D44C0F" w:rsidP="00D44C0F">
                    <w:pPr>
                      <w:spacing w:before="120"/>
                      <w:jc w:val="center"/>
                      <w:rPr>
                        <w:lang w:val="bs-Latn-BA"/>
                      </w:rPr>
                    </w:pPr>
                    <w:r>
                      <w:rPr>
                        <w:lang w:val="bs-Latn-BA"/>
                      </w:rPr>
                      <w:t>Please insert your logo here!</w:t>
                    </w:r>
                  </w:p>
                </w:txbxContent>
              </v:textbox>
            </v:shape>
          </w:pict>
        </mc:Fallback>
      </mc:AlternateContent>
    </w:r>
  </w:p>
  <w:p w14:paraId="593FF1B5" w14:textId="42D558C6" w:rsidR="00D44C0F" w:rsidRDefault="00D44C0F">
    <w:pPr>
      <w:pStyle w:val="Header"/>
    </w:pPr>
  </w:p>
  <w:p w14:paraId="00E54E32" w14:textId="62FA11F2" w:rsidR="00D44C0F" w:rsidRDefault="00D44C0F">
    <w:pPr>
      <w:pStyle w:val="Header"/>
    </w:pPr>
  </w:p>
  <w:p w14:paraId="1E56734D" w14:textId="77777777" w:rsidR="00D44C0F" w:rsidRDefault="00D44C0F">
    <w:pPr>
      <w:pStyle w:val="Header"/>
    </w:pPr>
  </w:p>
  <w:p w14:paraId="0011A6D0" w14:textId="7E97EA21" w:rsidR="00D44C0F" w:rsidRDefault="00910139">
    <w:pPr>
      <w:pStyle w:val="Header"/>
    </w:pPr>
    <w:r>
      <w:tab/>
    </w:r>
    <w:r>
      <w:tab/>
    </w:r>
    <w:r>
      <w:tab/>
    </w:r>
  </w:p>
  <w:p w14:paraId="05771FBD" w14:textId="1F66F075" w:rsidR="00D44C0F" w:rsidRDefault="00D44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04623">
    <w:abstractNumId w:val="8"/>
  </w:num>
  <w:num w:numId="2" w16cid:durableId="1209100198">
    <w:abstractNumId w:val="6"/>
  </w:num>
  <w:num w:numId="3" w16cid:durableId="71003135">
    <w:abstractNumId w:val="5"/>
  </w:num>
  <w:num w:numId="4" w16cid:durableId="1506246051">
    <w:abstractNumId w:val="4"/>
  </w:num>
  <w:num w:numId="5" w16cid:durableId="2016608514">
    <w:abstractNumId w:val="7"/>
  </w:num>
  <w:num w:numId="6" w16cid:durableId="1749107136">
    <w:abstractNumId w:val="3"/>
  </w:num>
  <w:num w:numId="7" w16cid:durableId="1827234713">
    <w:abstractNumId w:val="2"/>
  </w:num>
  <w:num w:numId="8" w16cid:durableId="965310117">
    <w:abstractNumId w:val="1"/>
  </w:num>
  <w:num w:numId="9" w16cid:durableId="98632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811"/>
    <w:rsid w:val="00034616"/>
    <w:rsid w:val="000604F0"/>
    <w:rsid w:val="0006063C"/>
    <w:rsid w:val="000A0F88"/>
    <w:rsid w:val="0015074B"/>
    <w:rsid w:val="00234F60"/>
    <w:rsid w:val="002640D0"/>
    <w:rsid w:val="0029639D"/>
    <w:rsid w:val="00296A4A"/>
    <w:rsid w:val="00326F90"/>
    <w:rsid w:val="0035366D"/>
    <w:rsid w:val="00394065"/>
    <w:rsid w:val="003A3D17"/>
    <w:rsid w:val="003A407A"/>
    <w:rsid w:val="00406A25"/>
    <w:rsid w:val="00411E2E"/>
    <w:rsid w:val="00423AEB"/>
    <w:rsid w:val="0045419F"/>
    <w:rsid w:val="00456570"/>
    <w:rsid w:val="0046647B"/>
    <w:rsid w:val="00487B1F"/>
    <w:rsid w:val="004B4951"/>
    <w:rsid w:val="005A0205"/>
    <w:rsid w:val="005E466D"/>
    <w:rsid w:val="00624610"/>
    <w:rsid w:val="006431B6"/>
    <w:rsid w:val="006D1277"/>
    <w:rsid w:val="007064B2"/>
    <w:rsid w:val="00745EFB"/>
    <w:rsid w:val="00751EEB"/>
    <w:rsid w:val="007768E1"/>
    <w:rsid w:val="00783ACE"/>
    <w:rsid w:val="007C3244"/>
    <w:rsid w:val="008114BA"/>
    <w:rsid w:val="00827A47"/>
    <w:rsid w:val="0083623B"/>
    <w:rsid w:val="008718C8"/>
    <w:rsid w:val="008A7B4A"/>
    <w:rsid w:val="008F6AE1"/>
    <w:rsid w:val="00910139"/>
    <w:rsid w:val="00923D88"/>
    <w:rsid w:val="009330FA"/>
    <w:rsid w:val="00936BC5"/>
    <w:rsid w:val="00947610"/>
    <w:rsid w:val="00980FC5"/>
    <w:rsid w:val="00A000AF"/>
    <w:rsid w:val="00A30B73"/>
    <w:rsid w:val="00A656D2"/>
    <w:rsid w:val="00A870D4"/>
    <w:rsid w:val="00AA1D57"/>
    <w:rsid w:val="00AA1D8D"/>
    <w:rsid w:val="00AB18F8"/>
    <w:rsid w:val="00B01812"/>
    <w:rsid w:val="00B107C7"/>
    <w:rsid w:val="00B47730"/>
    <w:rsid w:val="00BA4845"/>
    <w:rsid w:val="00C36463"/>
    <w:rsid w:val="00C55E1E"/>
    <w:rsid w:val="00CA032A"/>
    <w:rsid w:val="00CB0664"/>
    <w:rsid w:val="00CC0F22"/>
    <w:rsid w:val="00CC2F80"/>
    <w:rsid w:val="00CD0BD6"/>
    <w:rsid w:val="00D177E0"/>
    <w:rsid w:val="00D44C0F"/>
    <w:rsid w:val="00D56AFA"/>
    <w:rsid w:val="00DA01EB"/>
    <w:rsid w:val="00DE5222"/>
    <w:rsid w:val="00E10799"/>
    <w:rsid w:val="00EA2D47"/>
    <w:rsid w:val="00EE5C74"/>
    <w:rsid w:val="00EE77BD"/>
    <w:rsid w:val="00F417C2"/>
    <w:rsid w:val="00F86092"/>
    <w:rsid w:val="00FC693F"/>
    <w:rsid w:val="00FF1882"/>
    <w:rsid w:val="5A838825"/>
    <w:rsid w:val="716F19C6"/>
    <w:rsid w:val="758D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5A0A37"/>
  <w14:defaultImageDpi w14:val="300"/>
  <w15:docId w15:val="{133A12EC-73C0-4C8E-A000-C5CC4D1E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0A0F8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18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18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8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8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8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B1590104957F459CE783FCEAE33217" ma:contentTypeVersion="15" ma:contentTypeDescription="Ein neues Dokument erstellen." ma:contentTypeScope="" ma:versionID="c8d800b990cc7fbc7328f1c504022a20">
  <xsd:schema xmlns:xsd="http://www.w3.org/2001/XMLSchema" xmlns:xs="http://www.w3.org/2001/XMLSchema" xmlns:p="http://schemas.microsoft.com/office/2006/metadata/properties" xmlns:ns2="5cc94028-b276-4bc4-8119-67c53c4d2580" xmlns:ns3="f4c98581-30ba-4704-9ac4-69afee0bfac4" targetNamespace="http://schemas.microsoft.com/office/2006/metadata/properties" ma:root="true" ma:fieldsID="228f42de49136509f057825d050fb21b" ns2:_="" ns3:_="">
    <xsd:import namespace="5cc94028-b276-4bc4-8119-67c53c4d2580"/>
    <xsd:import namespace="f4c98581-30ba-4704-9ac4-69afee0bf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94028-b276-4bc4-8119-67c53c4d2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98581-30ba-4704-9ac4-69afee0bfa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817c2-852e-4425-88e2-792b4d7a4e6a}" ma:internalName="TaxCatchAll" ma:showField="CatchAllData" ma:web="f4c98581-30ba-4704-9ac4-69afee0bf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94028-b276-4bc4-8119-67c53c4d2580">
      <Terms xmlns="http://schemas.microsoft.com/office/infopath/2007/PartnerControls"/>
    </lcf76f155ced4ddcb4097134ff3c332f>
    <TaxCatchAll xmlns="f4c98581-30ba-4704-9ac4-69afee0bfa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3794B6-8C72-4921-9A80-FE07669D9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94028-b276-4bc4-8119-67c53c4d2580"/>
    <ds:schemaRef ds:uri="f4c98581-30ba-4704-9ac4-69afee0bf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295DA-EC16-4DA8-BB13-DEA3E57D6B54}">
  <ds:schemaRefs>
    <ds:schemaRef ds:uri="http://schemas.microsoft.com/office/2006/metadata/properties"/>
    <ds:schemaRef ds:uri="http://schemas.microsoft.com/office/infopath/2007/PartnerControls"/>
    <ds:schemaRef ds:uri="5cc94028-b276-4bc4-8119-67c53c4d2580"/>
    <ds:schemaRef ds:uri="f4c98581-30ba-4704-9ac4-69afee0bfac4"/>
  </ds:schemaRefs>
</ds:datastoreItem>
</file>

<file path=customXml/itemProps3.xml><?xml version="1.0" encoding="utf-8"?>
<ds:datastoreItem xmlns:ds="http://schemas.openxmlformats.org/officeDocument/2006/customXml" ds:itemID="{F2E38C22-D23C-4EC3-9D0F-40221A05AF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Manager/>
  <Company/>
  <LinksUpToDate>false</LinksUpToDate>
  <CharactersWithSpaces>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Milkani, Brunilda GIZ AL</cp:lastModifiedBy>
  <cp:revision>6</cp:revision>
  <dcterms:created xsi:type="dcterms:W3CDTF">2026-10-07T15:05:00Z</dcterms:created>
  <dcterms:modified xsi:type="dcterms:W3CDTF">2026-10-07T15:09:00Z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0x010100DFB1590104957F459CE783FCEAE33217</vt:lpwstr>
  </property>
  <property fmtid="{D5CDD505-2E9C-101B-9397-08002B2CF9AE}" pid="3" name="MediaServiceImageTags">
    <vt:lpwstr/>
  </property>
</Properties>
</file>